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88"/>
      </w:tblGrid>
      <w:tr w:rsidR="006E7116" w14:paraId="32D51191" w14:textId="77777777">
        <w:trPr>
          <w:jc w:val="center"/>
        </w:trPr>
        <w:tc>
          <w:tcPr>
            <w:tcW w:w="10488" w:type="dxa"/>
            <w:tcBorders>
              <w:top w:val="single" w:sz="0" w:space="0" w:color="004133"/>
              <w:left w:val="single" w:sz="0" w:space="0" w:color="004133"/>
              <w:bottom w:val="single" w:sz="0" w:space="0" w:color="004133"/>
              <w:right w:val="single" w:sz="0" w:space="0" w:color="004133"/>
            </w:tcBorders>
            <w:shd w:val="clear" w:color="auto" w:fill="004133"/>
            <w:tcMar>
              <w:top w:w="950" w:type="dxa"/>
              <w:left w:w="750" w:type="dxa"/>
              <w:bottom w:w="700" w:type="dxa"/>
              <w:right w:w="750" w:type="dxa"/>
            </w:tcMar>
            <w:vAlign w:val="center"/>
          </w:tcPr>
          <w:p w14:paraId="42263489" w14:textId="31208F96" w:rsidR="006E7116" w:rsidRPr="00362854" w:rsidRDefault="00000000">
            <w:pPr>
              <w:spacing w:after="120"/>
              <w:rPr>
                <w:rFonts w:ascii="Valizas Book" w:hAnsi="Valizas Book"/>
              </w:rPr>
            </w:pPr>
            <w:bookmarkStart w:id="0" w:name="_Hlk233015126"/>
            <w:r w:rsidRPr="00362854">
              <w:rPr>
                <w:rFonts w:ascii="Valizas Book" w:eastAsia="Valizas" w:hAnsi="Valizas Book"/>
                <w:b/>
                <w:color w:val="FFFFFF"/>
                <w:sz w:val="108"/>
              </w:rPr>
              <w:t>Franz</w:t>
            </w:r>
            <w:r w:rsidR="004C586C" w:rsidRPr="00362854">
              <w:rPr>
                <w:rFonts w:ascii="Valizas Book" w:eastAsia="Valizas" w:hAnsi="Valizas Book"/>
                <w:b/>
                <w:color w:val="FFFFFF"/>
                <w:sz w:val="108"/>
              </w:rPr>
              <w:t xml:space="preserve"> von Assisi</w:t>
            </w:r>
          </w:p>
          <w:p w14:paraId="4EBA435C" w14:textId="77777777" w:rsidR="006E7116" w:rsidRPr="00362854" w:rsidRDefault="00000000">
            <w:pPr>
              <w:spacing w:after="520"/>
              <w:rPr>
                <w:rFonts w:ascii="Valizas Book" w:hAnsi="Valizas Book"/>
              </w:rPr>
            </w:pPr>
            <w:proofErr w:type="spellStart"/>
            <w:r w:rsidRPr="00362854">
              <w:rPr>
                <w:rFonts w:ascii="Valizas Book" w:eastAsia="Valizas" w:hAnsi="Valizas Book"/>
                <w:b/>
                <w:color w:val="FFFFFF"/>
                <w:sz w:val="48"/>
              </w:rPr>
              <w:t>Impulskarten</w:t>
            </w:r>
            <w:proofErr w:type="spellEnd"/>
            <w:r w:rsidRPr="00362854">
              <w:rPr>
                <w:rFonts w:ascii="Valizas Book" w:eastAsia="Valizas" w:hAnsi="Valizas Book"/>
                <w:b/>
                <w:color w:val="FFFFFF"/>
                <w:sz w:val="48"/>
              </w:rPr>
              <w:t xml:space="preserve"> </w:t>
            </w:r>
            <w:proofErr w:type="spellStart"/>
            <w:r w:rsidRPr="00362854">
              <w:rPr>
                <w:rFonts w:ascii="Valizas Book" w:eastAsia="Valizas" w:hAnsi="Valizas Book"/>
                <w:b/>
                <w:color w:val="FFFFFF"/>
                <w:sz w:val="48"/>
              </w:rPr>
              <w:t>zum</w:t>
            </w:r>
            <w:proofErr w:type="spellEnd"/>
            <w:r w:rsidRPr="00362854">
              <w:rPr>
                <w:rFonts w:ascii="Valizas Book" w:eastAsia="Valizas" w:hAnsi="Valizas Book"/>
                <w:b/>
                <w:color w:val="FFFFFF"/>
                <w:sz w:val="48"/>
              </w:rPr>
              <w:t xml:space="preserve"> </w:t>
            </w:r>
            <w:proofErr w:type="spellStart"/>
            <w:r w:rsidRPr="00362854">
              <w:rPr>
                <w:rFonts w:ascii="Valizas Book" w:eastAsia="Valizas" w:hAnsi="Valizas Book"/>
                <w:b/>
                <w:color w:val="FFFFFF"/>
                <w:sz w:val="48"/>
              </w:rPr>
              <w:t>Mitnehmen</w:t>
            </w:r>
            <w:proofErr w:type="spellEnd"/>
          </w:p>
          <w:p w14:paraId="5AB70739" w14:textId="2E18CAE4" w:rsidR="006E7116" w:rsidRPr="00362854" w:rsidRDefault="00000000">
            <w:pPr>
              <w:spacing w:after="360" w:line="300" w:lineRule="auto"/>
              <w:rPr>
                <w:rFonts w:ascii="Messina Sans Book" w:hAnsi="Messina Sans Book"/>
              </w:rPr>
            </w:pPr>
            <w:proofErr w:type="spellStart"/>
            <w:r w:rsidRPr="00362854">
              <w:rPr>
                <w:rFonts w:ascii="Messina Sans Book" w:hAnsi="Messina Sans Book"/>
                <w:color w:val="FFFFFF"/>
                <w:sz w:val="30"/>
              </w:rPr>
              <w:t>Kurze</w:t>
            </w:r>
            <w:proofErr w:type="spellEnd"/>
            <w:r w:rsidRPr="00362854">
              <w:rPr>
                <w:rFonts w:ascii="Messina Sans Book" w:hAnsi="Messina Sans Book"/>
                <w:color w:val="FFFFFF"/>
                <w:sz w:val="30"/>
              </w:rPr>
              <w:t xml:space="preserve"> Gedanken und </w:t>
            </w:r>
            <w:proofErr w:type="spellStart"/>
            <w:r w:rsidRPr="00362854">
              <w:rPr>
                <w:rFonts w:ascii="Messina Sans Book" w:hAnsi="Messina Sans Book"/>
                <w:color w:val="FFFFFF"/>
                <w:sz w:val="30"/>
              </w:rPr>
              <w:t>kleine</w:t>
            </w:r>
            <w:proofErr w:type="spellEnd"/>
            <w:r w:rsidRPr="00362854">
              <w:rPr>
                <w:rFonts w:ascii="Messina Sans Book" w:hAnsi="Messina Sans Book"/>
                <w:color w:val="FFFFFF"/>
                <w:sz w:val="30"/>
              </w:rPr>
              <w:t xml:space="preserve"> </w:t>
            </w:r>
            <w:proofErr w:type="spellStart"/>
            <w:r w:rsidRPr="00362854">
              <w:rPr>
                <w:rFonts w:ascii="Messina Sans Book" w:hAnsi="Messina Sans Book"/>
                <w:color w:val="FFFFFF"/>
                <w:sz w:val="30"/>
              </w:rPr>
              <w:t>Aufgaben</w:t>
            </w:r>
            <w:proofErr w:type="spellEnd"/>
            <w:r w:rsidRPr="00362854">
              <w:rPr>
                <w:rFonts w:ascii="Messina Sans Book" w:hAnsi="Messina Sans Book"/>
                <w:color w:val="FFFFFF"/>
                <w:sz w:val="30"/>
              </w:rPr>
              <w:t xml:space="preserve"> </w:t>
            </w:r>
            <w:proofErr w:type="spellStart"/>
            <w:r w:rsidRPr="00362854">
              <w:rPr>
                <w:rFonts w:ascii="Messina Sans Book" w:hAnsi="Messina Sans Book"/>
                <w:color w:val="FFFFFF"/>
                <w:sz w:val="30"/>
              </w:rPr>
              <w:t>rund</w:t>
            </w:r>
            <w:proofErr w:type="spellEnd"/>
            <w:r w:rsidRPr="00362854">
              <w:rPr>
                <w:rFonts w:ascii="Messina Sans Book" w:hAnsi="Messina Sans Book"/>
                <w:color w:val="FFFFFF"/>
                <w:sz w:val="30"/>
              </w:rPr>
              <w:t xml:space="preserve"> um </w:t>
            </w:r>
            <w:r w:rsidR="00FB79B7" w:rsidRPr="00362854">
              <w:rPr>
                <w:rFonts w:ascii="Messina Sans Book" w:hAnsi="Messina Sans Book"/>
                <w:color w:val="FFFFFF"/>
                <w:sz w:val="30"/>
              </w:rPr>
              <w:t xml:space="preserve">die </w:t>
            </w:r>
            <w:proofErr w:type="spellStart"/>
            <w:r w:rsidR="00FB79B7" w:rsidRPr="00362854">
              <w:rPr>
                <w:rFonts w:ascii="Messina Sans Book" w:hAnsi="Messina Sans Book"/>
                <w:color w:val="FFFFFF"/>
                <w:sz w:val="30"/>
              </w:rPr>
              <w:t>Themen</w:t>
            </w:r>
            <w:proofErr w:type="spellEnd"/>
            <w:r w:rsidR="00FB79B7" w:rsidRPr="00362854">
              <w:rPr>
                <w:rFonts w:ascii="Messina Sans Book" w:hAnsi="Messina Sans Book"/>
                <w:color w:val="FFFFFF"/>
                <w:sz w:val="30"/>
              </w:rPr>
              <w:t xml:space="preserve"> </w:t>
            </w:r>
            <w:proofErr w:type="spellStart"/>
            <w:r w:rsidRPr="00362854">
              <w:rPr>
                <w:rFonts w:ascii="Messina Sans Book" w:hAnsi="Messina Sans Book"/>
                <w:color w:val="FFFFFF"/>
                <w:sz w:val="30"/>
              </w:rPr>
              <w:t>Schöpfung</w:t>
            </w:r>
            <w:proofErr w:type="spellEnd"/>
            <w:r w:rsidRPr="00362854">
              <w:rPr>
                <w:rFonts w:ascii="Messina Sans Book" w:hAnsi="Messina Sans Book"/>
                <w:color w:val="FFFFFF"/>
                <w:sz w:val="30"/>
              </w:rPr>
              <w:t xml:space="preserve">, Frieden, </w:t>
            </w:r>
            <w:proofErr w:type="spellStart"/>
            <w:r w:rsidRPr="00362854">
              <w:rPr>
                <w:rFonts w:ascii="Messina Sans Book" w:hAnsi="Messina Sans Book"/>
                <w:color w:val="FFFFFF"/>
                <w:sz w:val="30"/>
              </w:rPr>
              <w:t>Einfachheit</w:t>
            </w:r>
            <w:proofErr w:type="spellEnd"/>
            <w:r w:rsidRPr="00362854">
              <w:rPr>
                <w:rFonts w:ascii="Messina Sans Book" w:hAnsi="Messina Sans Book"/>
                <w:color w:val="FFFFFF"/>
                <w:sz w:val="30"/>
              </w:rPr>
              <w:t xml:space="preserve">, </w:t>
            </w:r>
            <w:proofErr w:type="spellStart"/>
            <w:r w:rsidRPr="00362854">
              <w:rPr>
                <w:rFonts w:ascii="Messina Sans Book" w:hAnsi="Messina Sans Book"/>
                <w:color w:val="FFFFFF"/>
                <w:sz w:val="30"/>
              </w:rPr>
              <w:t>Teilen</w:t>
            </w:r>
            <w:proofErr w:type="spellEnd"/>
            <w:r w:rsidRPr="00362854">
              <w:rPr>
                <w:rFonts w:ascii="Messina Sans Book" w:hAnsi="Messina Sans Book"/>
                <w:color w:val="FFFFFF"/>
                <w:sz w:val="30"/>
              </w:rPr>
              <w:t xml:space="preserve"> und </w:t>
            </w:r>
            <w:proofErr w:type="spellStart"/>
            <w:r w:rsidRPr="00362854">
              <w:rPr>
                <w:rFonts w:ascii="Messina Sans Book" w:hAnsi="Messina Sans Book"/>
                <w:color w:val="FFFFFF"/>
                <w:sz w:val="30"/>
              </w:rPr>
              <w:t>Unterwegssein</w:t>
            </w:r>
            <w:proofErr w:type="spellEnd"/>
            <w:r w:rsidRPr="00362854">
              <w:rPr>
                <w:rFonts w:ascii="Messina Sans Book" w:hAnsi="Messina Sans Book"/>
                <w:color w:val="FFFFFF"/>
                <w:sz w:val="30"/>
              </w:rPr>
              <w:t xml:space="preserve">. Für Kinder, </w:t>
            </w:r>
            <w:proofErr w:type="spellStart"/>
            <w:r w:rsidRPr="00362854">
              <w:rPr>
                <w:rFonts w:ascii="Messina Sans Book" w:hAnsi="Messina Sans Book"/>
                <w:color w:val="FFFFFF"/>
                <w:sz w:val="30"/>
              </w:rPr>
              <w:t>Familien</w:t>
            </w:r>
            <w:proofErr w:type="spellEnd"/>
            <w:r w:rsidRPr="00362854">
              <w:rPr>
                <w:rFonts w:ascii="Messina Sans Book" w:hAnsi="Messina Sans Book"/>
                <w:color w:val="FFFFFF"/>
                <w:sz w:val="30"/>
              </w:rPr>
              <w:t xml:space="preserve"> und alle, die </w:t>
            </w:r>
            <w:proofErr w:type="spellStart"/>
            <w:r w:rsidRPr="00362854">
              <w:rPr>
                <w:rFonts w:ascii="Messina Sans Book" w:hAnsi="Messina Sans Book"/>
                <w:color w:val="FFFFFF"/>
                <w:sz w:val="30"/>
              </w:rPr>
              <w:t>einen</w:t>
            </w:r>
            <w:proofErr w:type="spellEnd"/>
            <w:r w:rsidRPr="00362854">
              <w:rPr>
                <w:rFonts w:ascii="Messina Sans Book" w:hAnsi="Messina Sans Book"/>
                <w:color w:val="FFFFFF"/>
                <w:sz w:val="30"/>
              </w:rPr>
              <w:t xml:space="preserve"> </w:t>
            </w:r>
            <w:proofErr w:type="spellStart"/>
            <w:r w:rsidRPr="00362854">
              <w:rPr>
                <w:rFonts w:ascii="Messina Sans Book" w:hAnsi="Messina Sans Book"/>
                <w:color w:val="FFFFFF"/>
                <w:sz w:val="30"/>
              </w:rPr>
              <w:t>franziskanischen</w:t>
            </w:r>
            <w:proofErr w:type="spellEnd"/>
            <w:r w:rsidRPr="00362854">
              <w:rPr>
                <w:rFonts w:ascii="Messina Sans Book" w:hAnsi="Messina Sans Book"/>
                <w:color w:val="FFFFFF"/>
                <w:sz w:val="30"/>
              </w:rPr>
              <w:t xml:space="preserve"> </w:t>
            </w:r>
            <w:proofErr w:type="spellStart"/>
            <w:r w:rsidRPr="00362854">
              <w:rPr>
                <w:rFonts w:ascii="Messina Sans Book" w:hAnsi="Messina Sans Book"/>
                <w:color w:val="FFFFFF"/>
                <w:sz w:val="30"/>
              </w:rPr>
              <w:t>Impuls</w:t>
            </w:r>
            <w:proofErr w:type="spellEnd"/>
            <w:r w:rsidRPr="00362854">
              <w:rPr>
                <w:rFonts w:ascii="Messina Sans Book" w:hAnsi="Messina Sans Book"/>
                <w:color w:val="FFFFFF"/>
                <w:sz w:val="30"/>
              </w:rPr>
              <w:t xml:space="preserve"> </w:t>
            </w:r>
            <w:proofErr w:type="spellStart"/>
            <w:r w:rsidRPr="00362854">
              <w:rPr>
                <w:rFonts w:ascii="Messina Sans Book" w:hAnsi="Messina Sans Book"/>
                <w:color w:val="FFFFFF"/>
                <w:sz w:val="30"/>
              </w:rPr>
              <w:t>mit</w:t>
            </w:r>
            <w:proofErr w:type="spellEnd"/>
            <w:r w:rsidRPr="00362854">
              <w:rPr>
                <w:rFonts w:ascii="Messina Sans Book" w:hAnsi="Messina Sans Book"/>
                <w:color w:val="FFFFFF"/>
                <w:sz w:val="30"/>
              </w:rPr>
              <w:t xml:space="preserve"> in den </w:t>
            </w:r>
            <w:proofErr w:type="spellStart"/>
            <w:r w:rsidRPr="00362854">
              <w:rPr>
                <w:rFonts w:ascii="Messina Sans Book" w:hAnsi="Messina Sans Book"/>
                <w:color w:val="FFFFFF"/>
                <w:sz w:val="30"/>
              </w:rPr>
              <w:t>Alltag</w:t>
            </w:r>
            <w:proofErr w:type="spellEnd"/>
            <w:r w:rsidRPr="00362854">
              <w:rPr>
                <w:rFonts w:ascii="Messina Sans Book" w:hAnsi="Messina Sans Book"/>
                <w:color w:val="FFFFFF"/>
                <w:sz w:val="30"/>
              </w:rPr>
              <w:t xml:space="preserve"> </w:t>
            </w:r>
            <w:proofErr w:type="spellStart"/>
            <w:r w:rsidRPr="00362854">
              <w:rPr>
                <w:rFonts w:ascii="Messina Sans Book" w:hAnsi="Messina Sans Book"/>
                <w:color w:val="FFFFFF"/>
                <w:sz w:val="30"/>
              </w:rPr>
              <w:t>nehmen</w:t>
            </w:r>
            <w:proofErr w:type="spellEnd"/>
            <w:r w:rsidRPr="00362854">
              <w:rPr>
                <w:rFonts w:ascii="Messina Sans Book" w:hAnsi="Messina Sans Book"/>
                <w:color w:val="FFFFFF"/>
                <w:sz w:val="30"/>
              </w:rPr>
              <w:t xml:space="preserve"> </w:t>
            </w:r>
            <w:proofErr w:type="spellStart"/>
            <w:r w:rsidRPr="00362854">
              <w:rPr>
                <w:rFonts w:ascii="Messina Sans Book" w:hAnsi="Messina Sans Book"/>
                <w:color w:val="FFFFFF"/>
                <w:sz w:val="30"/>
              </w:rPr>
              <w:t>möchten</w:t>
            </w:r>
            <w:proofErr w:type="spellEnd"/>
            <w:r w:rsidRPr="00362854">
              <w:rPr>
                <w:rFonts w:ascii="Messina Sans Book" w:hAnsi="Messina Sans Book"/>
                <w:color w:val="FFFFFF"/>
                <w:sz w:val="30"/>
              </w:rPr>
              <w:t>.</w:t>
            </w:r>
          </w:p>
          <w:p w14:paraId="3A9CF7A4" w14:textId="4ACC42B3" w:rsidR="006E7116" w:rsidRPr="00362854" w:rsidRDefault="00000000">
            <w:pPr>
              <w:spacing w:before="560"/>
              <w:rPr>
                <w:rFonts w:ascii="Messina Sans Book" w:hAnsi="Messina Sans Book"/>
              </w:rPr>
            </w:pPr>
            <w:r w:rsidRPr="00362854">
              <w:rPr>
                <w:rFonts w:ascii="Messina Sans Book" w:hAnsi="Messina Sans Book"/>
                <w:color w:val="FFFFFF"/>
                <w:sz w:val="22"/>
              </w:rPr>
              <w:t xml:space="preserve">Vorlage für KÖB-Teams im </w:t>
            </w:r>
            <w:proofErr w:type="spellStart"/>
            <w:r w:rsidRPr="00362854">
              <w:rPr>
                <w:rFonts w:ascii="Messina Sans Book" w:hAnsi="Messina Sans Book"/>
                <w:color w:val="FFFFFF"/>
                <w:sz w:val="22"/>
              </w:rPr>
              <w:t>Franziskus</w:t>
            </w:r>
            <w:r w:rsidR="00C21CFA">
              <w:rPr>
                <w:rFonts w:ascii="Messina Sans Book" w:hAnsi="Messina Sans Book"/>
                <w:color w:val="FFFFFF"/>
                <w:sz w:val="22"/>
              </w:rPr>
              <w:t>_J</w:t>
            </w:r>
            <w:r w:rsidRPr="00362854">
              <w:rPr>
                <w:rFonts w:ascii="Messina Sans Book" w:hAnsi="Messina Sans Book"/>
                <w:color w:val="FFFFFF"/>
                <w:sz w:val="22"/>
              </w:rPr>
              <w:t>ahr</w:t>
            </w:r>
            <w:proofErr w:type="spellEnd"/>
            <w:r w:rsidRPr="00362854">
              <w:rPr>
                <w:rFonts w:ascii="Messina Sans Book" w:hAnsi="Messina Sans Book"/>
                <w:color w:val="FFFFFF"/>
                <w:sz w:val="22"/>
              </w:rPr>
              <w:t xml:space="preserve"> 2026</w:t>
            </w:r>
          </w:p>
        </w:tc>
      </w:tr>
      <w:bookmarkEnd w:id="0"/>
    </w:tbl>
    <w:p w14:paraId="330FA9FD" w14:textId="251F346E" w:rsidR="006E7116" w:rsidRDefault="006E7116"/>
    <w:p w14:paraId="7AF91F3B" w14:textId="77777777" w:rsidR="006E7116" w:rsidRPr="00362854" w:rsidRDefault="00000000">
      <w:pPr>
        <w:spacing w:after="160"/>
        <w:rPr>
          <w:rFonts w:ascii="Valizas Book" w:hAnsi="Valizas Book"/>
        </w:rPr>
      </w:pPr>
      <w:proofErr w:type="spellStart"/>
      <w:r w:rsidRPr="00362854">
        <w:rPr>
          <w:rFonts w:ascii="Valizas Book" w:eastAsia="Valizas" w:hAnsi="Valizas Book"/>
          <w:b/>
          <w:color w:val="004133"/>
          <w:sz w:val="56"/>
        </w:rPr>
        <w:t>Hinweise</w:t>
      </w:r>
      <w:proofErr w:type="spellEnd"/>
      <w:r w:rsidRPr="00362854">
        <w:rPr>
          <w:rFonts w:ascii="Valizas Book" w:eastAsia="Valizas" w:hAnsi="Valizas Book"/>
          <w:b/>
          <w:color w:val="004133"/>
          <w:sz w:val="56"/>
        </w:rPr>
        <w:t xml:space="preserve"> für KÖB-Teams</w:t>
      </w:r>
    </w:p>
    <w:p w14:paraId="42300FD9" w14:textId="275CD030" w:rsidR="006E7116" w:rsidRPr="00362854" w:rsidRDefault="00000000">
      <w:pPr>
        <w:spacing w:line="288" w:lineRule="auto"/>
        <w:rPr>
          <w:rFonts w:ascii="Messina Sans Book" w:hAnsi="Messina Sans Book"/>
        </w:rPr>
      </w:pPr>
      <w:proofErr w:type="spellStart"/>
      <w:r w:rsidRPr="00362854">
        <w:rPr>
          <w:rFonts w:ascii="Messina Sans Book" w:hAnsi="Messina Sans Book"/>
          <w:color w:val="212121"/>
          <w:sz w:val="22"/>
        </w:rPr>
        <w:t>Diese</w:t>
      </w:r>
      <w:proofErr w:type="spellEnd"/>
      <w:r w:rsidRPr="00362854">
        <w:rPr>
          <w:rFonts w:ascii="Messina Sans Book" w:hAnsi="Messina Sans Book"/>
          <w:color w:val="212121"/>
          <w:sz w:val="22"/>
        </w:rPr>
        <w:t xml:space="preserve"> Vorlage </w:t>
      </w:r>
      <w:proofErr w:type="spellStart"/>
      <w:r w:rsidRPr="00362854">
        <w:rPr>
          <w:rFonts w:ascii="Messina Sans Book" w:hAnsi="Messina Sans Book"/>
          <w:color w:val="212121"/>
          <w:sz w:val="22"/>
        </w:rPr>
        <w:t>enthält</w:t>
      </w:r>
      <w:proofErr w:type="spellEnd"/>
      <w:r w:rsidRPr="00362854">
        <w:rPr>
          <w:rFonts w:ascii="Messina Sans Book" w:hAnsi="Messina Sans Book"/>
          <w:color w:val="212121"/>
          <w:sz w:val="22"/>
        </w:rPr>
        <w:t xml:space="preserve"> </w:t>
      </w:r>
      <w:proofErr w:type="spellStart"/>
      <w:r w:rsidRPr="00362854">
        <w:rPr>
          <w:rFonts w:ascii="Messina Sans Book" w:hAnsi="Messina Sans Book"/>
          <w:color w:val="212121"/>
          <w:sz w:val="22"/>
        </w:rPr>
        <w:t>kurze</w:t>
      </w:r>
      <w:proofErr w:type="spellEnd"/>
      <w:r w:rsidRPr="00362854">
        <w:rPr>
          <w:rFonts w:ascii="Messina Sans Book" w:hAnsi="Messina Sans Book"/>
          <w:color w:val="212121"/>
          <w:sz w:val="22"/>
        </w:rPr>
        <w:t xml:space="preserve"> </w:t>
      </w:r>
      <w:proofErr w:type="spellStart"/>
      <w:r w:rsidRPr="00362854">
        <w:rPr>
          <w:rFonts w:ascii="Messina Sans Book" w:hAnsi="Messina Sans Book"/>
          <w:color w:val="212121"/>
          <w:sz w:val="22"/>
        </w:rPr>
        <w:t>Impulskarten</w:t>
      </w:r>
      <w:proofErr w:type="spellEnd"/>
      <w:r w:rsidRPr="00362854">
        <w:rPr>
          <w:rFonts w:ascii="Messina Sans Book" w:hAnsi="Messina Sans Book"/>
          <w:color w:val="212121"/>
          <w:sz w:val="22"/>
        </w:rPr>
        <w:t xml:space="preserve">, die </w:t>
      </w:r>
      <w:proofErr w:type="spellStart"/>
      <w:r w:rsidRPr="00362854">
        <w:rPr>
          <w:rFonts w:ascii="Messina Sans Book" w:hAnsi="Messina Sans Book"/>
          <w:color w:val="212121"/>
          <w:sz w:val="22"/>
        </w:rPr>
        <w:t>ausgedruckt</w:t>
      </w:r>
      <w:proofErr w:type="spellEnd"/>
      <w:r w:rsidRPr="00362854">
        <w:rPr>
          <w:rFonts w:ascii="Messina Sans Book" w:hAnsi="Messina Sans Book"/>
          <w:color w:val="212121"/>
          <w:sz w:val="22"/>
        </w:rPr>
        <w:t xml:space="preserve">, </w:t>
      </w:r>
      <w:proofErr w:type="spellStart"/>
      <w:r w:rsidRPr="00362854">
        <w:rPr>
          <w:rFonts w:ascii="Messina Sans Book" w:hAnsi="Messina Sans Book"/>
          <w:color w:val="212121"/>
          <w:sz w:val="22"/>
        </w:rPr>
        <w:t>ausgeschnitten</w:t>
      </w:r>
      <w:proofErr w:type="spellEnd"/>
      <w:r w:rsidRPr="00362854">
        <w:rPr>
          <w:rFonts w:ascii="Messina Sans Book" w:hAnsi="Messina Sans Book"/>
          <w:color w:val="212121"/>
          <w:sz w:val="22"/>
        </w:rPr>
        <w:t xml:space="preserve"> und in der KÖB </w:t>
      </w:r>
      <w:proofErr w:type="spellStart"/>
      <w:r w:rsidRPr="00362854">
        <w:rPr>
          <w:rFonts w:ascii="Messina Sans Book" w:hAnsi="Messina Sans Book"/>
          <w:color w:val="212121"/>
          <w:sz w:val="22"/>
        </w:rPr>
        <w:t>ausgelegt</w:t>
      </w:r>
      <w:proofErr w:type="spellEnd"/>
      <w:r w:rsidRPr="00362854">
        <w:rPr>
          <w:rFonts w:ascii="Messina Sans Book" w:hAnsi="Messina Sans Book"/>
          <w:color w:val="212121"/>
          <w:sz w:val="22"/>
        </w:rPr>
        <w:t xml:space="preserve"> </w:t>
      </w:r>
      <w:proofErr w:type="spellStart"/>
      <w:r w:rsidRPr="00362854">
        <w:rPr>
          <w:rFonts w:ascii="Messina Sans Book" w:hAnsi="Messina Sans Book"/>
          <w:color w:val="212121"/>
          <w:sz w:val="22"/>
        </w:rPr>
        <w:t>werden</w:t>
      </w:r>
      <w:proofErr w:type="spellEnd"/>
      <w:r w:rsidRPr="00362854">
        <w:rPr>
          <w:rFonts w:ascii="Messina Sans Book" w:hAnsi="Messina Sans Book"/>
          <w:color w:val="212121"/>
          <w:sz w:val="22"/>
        </w:rPr>
        <w:t xml:space="preserve"> </w:t>
      </w:r>
      <w:proofErr w:type="spellStart"/>
      <w:r w:rsidRPr="00362854">
        <w:rPr>
          <w:rFonts w:ascii="Messina Sans Book" w:hAnsi="Messina Sans Book"/>
          <w:color w:val="212121"/>
          <w:sz w:val="22"/>
        </w:rPr>
        <w:t>können</w:t>
      </w:r>
      <w:proofErr w:type="spellEnd"/>
      <w:r w:rsidRPr="00362854">
        <w:rPr>
          <w:rFonts w:ascii="Messina Sans Book" w:hAnsi="Messina Sans Book"/>
          <w:color w:val="212121"/>
          <w:sz w:val="22"/>
        </w:rPr>
        <w:t xml:space="preserve">. Sie </w:t>
      </w:r>
      <w:proofErr w:type="spellStart"/>
      <w:r w:rsidRPr="00362854">
        <w:rPr>
          <w:rFonts w:ascii="Messina Sans Book" w:hAnsi="Messina Sans Book"/>
          <w:color w:val="212121"/>
          <w:sz w:val="22"/>
        </w:rPr>
        <w:t>eignen</w:t>
      </w:r>
      <w:proofErr w:type="spellEnd"/>
      <w:r w:rsidRPr="00362854">
        <w:rPr>
          <w:rFonts w:ascii="Messina Sans Book" w:hAnsi="Messina Sans Book"/>
          <w:color w:val="212121"/>
          <w:sz w:val="22"/>
        </w:rPr>
        <w:t xml:space="preserve"> </w:t>
      </w:r>
      <w:proofErr w:type="spellStart"/>
      <w:r w:rsidRPr="00362854">
        <w:rPr>
          <w:rFonts w:ascii="Messina Sans Book" w:hAnsi="Messina Sans Book"/>
          <w:color w:val="212121"/>
          <w:sz w:val="22"/>
        </w:rPr>
        <w:t>sich</w:t>
      </w:r>
      <w:proofErr w:type="spellEnd"/>
      <w:r w:rsidRPr="00362854">
        <w:rPr>
          <w:rFonts w:ascii="Messina Sans Book" w:hAnsi="Messina Sans Book"/>
          <w:color w:val="212121"/>
          <w:sz w:val="22"/>
        </w:rPr>
        <w:t xml:space="preserve"> für </w:t>
      </w:r>
      <w:proofErr w:type="spellStart"/>
      <w:r w:rsidRPr="00362854">
        <w:rPr>
          <w:rFonts w:ascii="Messina Sans Book" w:hAnsi="Messina Sans Book"/>
          <w:color w:val="212121"/>
          <w:sz w:val="22"/>
        </w:rPr>
        <w:t>einen</w:t>
      </w:r>
      <w:proofErr w:type="spellEnd"/>
      <w:r w:rsidRPr="00362854">
        <w:rPr>
          <w:rFonts w:ascii="Messina Sans Book" w:hAnsi="Messina Sans Book"/>
          <w:color w:val="212121"/>
          <w:sz w:val="22"/>
        </w:rPr>
        <w:t xml:space="preserve"> </w:t>
      </w:r>
      <w:proofErr w:type="spellStart"/>
      <w:r w:rsidRPr="00362854">
        <w:rPr>
          <w:rFonts w:ascii="Messina Sans Book" w:hAnsi="Messina Sans Book"/>
          <w:color w:val="212121"/>
          <w:sz w:val="22"/>
        </w:rPr>
        <w:t>Thementisch</w:t>
      </w:r>
      <w:proofErr w:type="spellEnd"/>
      <w:r w:rsidR="004C586C" w:rsidRPr="00362854">
        <w:rPr>
          <w:rFonts w:ascii="Messina Sans Book" w:hAnsi="Messina Sans Book"/>
          <w:color w:val="212121"/>
          <w:sz w:val="22"/>
        </w:rPr>
        <w:t xml:space="preserve"> (</w:t>
      </w:r>
      <w:proofErr w:type="spellStart"/>
      <w:r w:rsidR="004C586C" w:rsidRPr="00334369">
        <w:rPr>
          <w:rFonts w:ascii="Messina Sans Book" w:hAnsi="Messina Sans Book"/>
          <w:color w:val="212121"/>
          <w:sz w:val="22"/>
        </w:rPr>
        <w:t>z.B.</w:t>
      </w:r>
      <w:proofErr w:type="spellEnd"/>
      <w:r w:rsidR="004C586C" w:rsidRPr="00334369">
        <w:rPr>
          <w:rFonts w:ascii="Messina Sans Book" w:hAnsi="Messina Sans Book"/>
          <w:color w:val="212121"/>
          <w:sz w:val="22"/>
        </w:rPr>
        <w:t xml:space="preserve"> im </w:t>
      </w:r>
      <w:proofErr w:type="spellStart"/>
      <w:r w:rsidR="004C586C" w:rsidRPr="00334369">
        <w:rPr>
          <w:rFonts w:ascii="Messina Sans Book" w:hAnsi="Messina Sans Book"/>
          <w:color w:val="212121"/>
          <w:sz w:val="22"/>
        </w:rPr>
        <w:t>Rahmen</w:t>
      </w:r>
      <w:proofErr w:type="spellEnd"/>
      <w:r w:rsidR="004C586C" w:rsidRPr="00334369">
        <w:rPr>
          <w:rFonts w:ascii="Messina Sans Book" w:hAnsi="Messina Sans Book"/>
          <w:color w:val="212121"/>
          <w:sz w:val="22"/>
        </w:rPr>
        <w:t xml:space="preserve"> der</w:t>
      </w:r>
      <w:r w:rsidR="004C586C" w:rsidRPr="00362854">
        <w:rPr>
          <w:rFonts w:ascii="Messina Sans Book" w:hAnsi="Messina Sans Book"/>
          <w:i/>
          <w:iCs/>
          <w:color w:val="212121"/>
          <w:sz w:val="22"/>
        </w:rPr>
        <w:t xml:space="preserve"> </w:t>
      </w:r>
      <w:proofErr w:type="spellStart"/>
      <w:r w:rsidR="004C586C" w:rsidRPr="00362854">
        <w:rPr>
          <w:rFonts w:ascii="Messina Sans Book" w:hAnsi="Messina Sans Book"/>
          <w:i/>
          <w:iCs/>
          <w:color w:val="212121"/>
          <w:sz w:val="22"/>
        </w:rPr>
        <w:t>Aktion</w:t>
      </w:r>
      <w:r w:rsidR="00BD511D">
        <w:rPr>
          <w:rFonts w:ascii="Messina Sans Book" w:hAnsi="Messina Sans Book"/>
          <w:i/>
          <w:iCs/>
          <w:color w:val="212121"/>
          <w:sz w:val="22"/>
        </w:rPr>
        <w:t>s</w:t>
      </w:r>
      <w:r w:rsidR="004C586C" w:rsidRPr="00362854">
        <w:rPr>
          <w:rFonts w:ascii="Messina Sans Book" w:hAnsi="Messina Sans Book"/>
          <w:i/>
          <w:iCs/>
          <w:color w:val="212121"/>
          <w:sz w:val="22"/>
        </w:rPr>
        <w:t>idee</w:t>
      </w:r>
      <w:proofErr w:type="spellEnd"/>
      <w:r w:rsidR="004C586C" w:rsidRPr="00362854">
        <w:rPr>
          <w:rFonts w:ascii="Messina Sans Book" w:hAnsi="Messina Sans Book"/>
          <w:i/>
          <w:iCs/>
          <w:color w:val="212121"/>
          <w:sz w:val="22"/>
        </w:rPr>
        <w:t xml:space="preserve"> “</w:t>
      </w:r>
      <w:proofErr w:type="spellStart"/>
      <w:r w:rsidR="004C586C" w:rsidRPr="00362854">
        <w:rPr>
          <w:rFonts w:ascii="Messina Sans Book" w:hAnsi="Messina Sans Book"/>
          <w:i/>
          <w:iCs/>
          <w:color w:val="212121"/>
          <w:sz w:val="22"/>
        </w:rPr>
        <w:t>Franziskus</w:t>
      </w:r>
      <w:proofErr w:type="spellEnd"/>
      <w:r w:rsidR="004C586C" w:rsidRPr="00362854">
        <w:rPr>
          <w:rFonts w:ascii="Messina Sans Book" w:hAnsi="Messina Sans Book"/>
          <w:i/>
          <w:iCs/>
          <w:color w:val="212121"/>
          <w:sz w:val="22"/>
        </w:rPr>
        <w:t xml:space="preserve"> und die </w:t>
      </w:r>
      <w:proofErr w:type="spellStart"/>
      <w:r w:rsidR="004C586C" w:rsidRPr="00362854">
        <w:rPr>
          <w:rFonts w:ascii="Messina Sans Book" w:hAnsi="Messina Sans Book"/>
          <w:i/>
          <w:iCs/>
          <w:color w:val="212121"/>
          <w:sz w:val="22"/>
        </w:rPr>
        <w:t>Schöpfung</w:t>
      </w:r>
      <w:proofErr w:type="spellEnd"/>
      <w:r w:rsidR="004C586C" w:rsidRPr="00362854">
        <w:rPr>
          <w:rFonts w:ascii="Messina Sans Book" w:hAnsi="Messina Sans Book"/>
          <w:i/>
          <w:iCs/>
          <w:color w:val="212121"/>
          <w:sz w:val="22"/>
        </w:rPr>
        <w:t>”</w:t>
      </w:r>
      <w:r w:rsidR="004C586C" w:rsidRPr="00362854">
        <w:rPr>
          <w:rFonts w:ascii="Messina Sans Book" w:hAnsi="Messina Sans Book"/>
          <w:color w:val="212121"/>
          <w:sz w:val="22"/>
        </w:rPr>
        <w:t>)</w:t>
      </w:r>
      <w:r w:rsidRPr="00362854">
        <w:rPr>
          <w:rFonts w:ascii="Messina Sans Book" w:hAnsi="Messina Sans Book"/>
          <w:color w:val="212121"/>
          <w:sz w:val="22"/>
        </w:rPr>
        <w:t xml:space="preserve">, </w:t>
      </w:r>
      <w:proofErr w:type="spellStart"/>
      <w:r w:rsidRPr="00362854">
        <w:rPr>
          <w:rFonts w:ascii="Messina Sans Book" w:hAnsi="Messina Sans Book"/>
          <w:color w:val="212121"/>
          <w:sz w:val="22"/>
        </w:rPr>
        <w:t>eine</w:t>
      </w:r>
      <w:proofErr w:type="spellEnd"/>
      <w:r w:rsidRPr="00362854">
        <w:rPr>
          <w:rFonts w:ascii="Messina Sans Book" w:hAnsi="Messina Sans Book"/>
          <w:color w:val="212121"/>
          <w:sz w:val="22"/>
        </w:rPr>
        <w:t xml:space="preserve"> </w:t>
      </w:r>
      <w:proofErr w:type="spellStart"/>
      <w:r w:rsidRPr="00362854">
        <w:rPr>
          <w:rFonts w:ascii="Messina Sans Book" w:hAnsi="Messina Sans Book"/>
          <w:color w:val="212121"/>
          <w:sz w:val="22"/>
        </w:rPr>
        <w:t>kleine</w:t>
      </w:r>
      <w:proofErr w:type="spellEnd"/>
      <w:r w:rsidRPr="00362854">
        <w:rPr>
          <w:rFonts w:ascii="Messina Sans Book" w:hAnsi="Messina Sans Book"/>
          <w:color w:val="212121"/>
          <w:sz w:val="22"/>
        </w:rPr>
        <w:t xml:space="preserve"> </w:t>
      </w:r>
      <w:proofErr w:type="spellStart"/>
      <w:r w:rsidRPr="00362854">
        <w:rPr>
          <w:rFonts w:ascii="Messina Sans Book" w:hAnsi="Messina Sans Book"/>
          <w:color w:val="212121"/>
          <w:sz w:val="22"/>
        </w:rPr>
        <w:t>Mitmachstation</w:t>
      </w:r>
      <w:proofErr w:type="spellEnd"/>
      <w:r w:rsidR="004C586C" w:rsidRPr="00362854">
        <w:rPr>
          <w:rFonts w:ascii="Messina Sans Book" w:hAnsi="Messina Sans Book"/>
          <w:color w:val="212121"/>
          <w:sz w:val="22"/>
        </w:rPr>
        <w:t xml:space="preserve"> (</w:t>
      </w:r>
      <w:proofErr w:type="spellStart"/>
      <w:r w:rsidR="004C586C" w:rsidRPr="00334369">
        <w:rPr>
          <w:rFonts w:ascii="Messina Sans Book" w:hAnsi="Messina Sans Book"/>
          <w:color w:val="212121"/>
          <w:sz w:val="22"/>
        </w:rPr>
        <w:t>z.B.</w:t>
      </w:r>
      <w:proofErr w:type="spellEnd"/>
      <w:r w:rsidR="004C586C" w:rsidRPr="00334369">
        <w:rPr>
          <w:rFonts w:ascii="Messina Sans Book" w:hAnsi="Messina Sans Book"/>
          <w:color w:val="212121"/>
          <w:sz w:val="22"/>
        </w:rPr>
        <w:t xml:space="preserve"> im </w:t>
      </w:r>
      <w:proofErr w:type="spellStart"/>
      <w:r w:rsidR="004C586C" w:rsidRPr="00334369">
        <w:rPr>
          <w:rFonts w:ascii="Messina Sans Book" w:hAnsi="Messina Sans Book"/>
          <w:color w:val="212121"/>
          <w:sz w:val="22"/>
        </w:rPr>
        <w:t>Rahmen</w:t>
      </w:r>
      <w:proofErr w:type="spellEnd"/>
      <w:r w:rsidR="004C586C" w:rsidRPr="00334369">
        <w:rPr>
          <w:rFonts w:ascii="Messina Sans Book" w:hAnsi="Messina Sans Book"/>
          <w:color w:val="212121"/>
          <w:sz w:val="22"/>
        </w:rPr>
        <w:t xml:space="preserve"> der </w:t>
      </w:r>
      <w:proofErr w:type="spellStart"/>
      <w:r w:rsidR="004C586C" w:rsidRPr="00334369">
        <w:rPr>
          <w:rFonts w:ascii="Messina Sans Book" w:hAnsi="Messina Sans Book"/>
          <w:color w:val="212121"/>
          <w:sz w:val="22"/>
        </w:rPr>
        <w:t>Aktion</w:t>
      </w:r>
      <w:r w:rsidR="00A35F06">
        <w:rPr>
          <w:rFonts w:ascii="Messina Sans Book" w:hAnsi="Messina Sans Book"/>
          <w:color w:val="212121"/>
          <w:sz w:val="22"/>
        </w:rPr>
        <w:t>s</w:t>
      </w:r>
      <w:r w:rsidR="004C586C" w:rsidRPr="00334369">
        <w:rPr>
          <w:rFonts w:ascii="Messina Sans Book" w:hAnsi="Messina Sans Book"/>
          <w:color w:val="212121"/>
          <w:sz w:val="22"/>
        </w:rPr>
        <w:t>idee</w:t>
      </w:r>
      <w:proofErr w:type="spellEnd"/>
      <w:r w:rsidR="004C586C" w:rsidRPr="00362854">
        <w:rPr>
          <w:rFonts w:ascii="Messina Sans Book" w:hAnsi="Messina Sans Book"/>
          <w:i/>
          <w:iCs/>
          <w:color w:val="212121"/>
          <w:sz w:val="22"/>
        </w:rPr>
        <w:t xml:space="preserve"> “</w:t>
      </w:r>
      <w:proofErr w:type="spellStart"/>
      <w:r w:rsidR="004C586C" w:rsidRPr="00362854">
        <w:rPr>
          <w:rFonts w:ascii="Messina Sans Book" w:eastAsia="Arial" w:hAnsi="Messina Sans Book"/>
          <w:i/>
          <w:iCs/>
          <w:sz w:val="22"/>
        </w:rPr>
        <w:t>Weggeschichten</w:t>
      </w:r>
      <w:proofErr w:type="spellEnd"/>
      <w:r w:rsidR="004C586C" w:rsidRPr="00362854">
        <w:rPr>
          <w:rFonts w:ascii="Messina Sans Book" w:eastAsia="Arial" w:hAnsi="Messina Sans Book"/>
          <w:i/>
          <w:iCs/>
          <w:sz w:val="22"/>
        </w:rPr>
        <w:t xml:space="preserve">: </w:t>
      </w:r>
      <w:proofErr w:type="spellStart"/>
      <w:r w:rsidR="004C586C" w:rsidRPr="00362854">
        <w:rPr>
          <w:rFonts w:ascii="Messina Sans Book" w:eastAsia="Arial" w:hAnsi="Messina Sans Book"/>
          <w:i/>
          <w:iCs/>
          <w:sz w:val="22"/>
        </w:rPr>
        <w:t>Pilgern</w:t>
      </w:r>
      <w:proofErr w:type="spellEnd"/>
      <w:r w:rsidR="004C586C" w:rsidRPr="00362854">
        <w:rPr>
          <w:rFonts w:ascii="Messina Sans Book" w:eastAsia="Arial" w:hAnsi="Messina Sans Book"/>
          <w:i/>
          <w:iCs/>
          <w:sz w:val="22"/>
        </w:rPr>
        <w:t xml:space="preserve">, Reisen, </w:t>
      </w:r>
      <w:proofErr w:type="spellStart"/>
      <w:r w:rsidR="004C586C" w:rsidRPr="00362854">
        <w:rPr>
          <w:rFonts w:ascii="Messina Sans Book" w:eastAsia="Arial" w:hAnsi="Messina Sans Book"/>
          <w:i/>
          <w:iCs/>
          <w:sz w:val="22"/>
        </w:rPr>
        <w:t>Aufbrechen</w:t>
      </w:r>
      <w:proofErr w:type="spellEnd"/>
      <w:r w:rsidR="004C586C" w:rsidRPr="00362854">
        <w:rPr>
          <w:rFonts w:ascii="Messina Sans Book" w:eastAsia="Arial" w:hAnsi="Messina Sans Book"/>
          <w:i/>
          <w:iCs/>
          <w:sz w:val="22"/>
        </w:rPr>
        <w:t xml:space="preserve">” </w:t>
      </w:r>
      <w:proofErr w:type="spellStart"/>
      <w:r w:rsidR="004C586C" w:rsidRPr="00334369">
        <w:rPr>
          <w:rFonts w:ascii="Messina Sans Book" w:eastAsia="Arial" w:hAnsi="Messina Sans Book"/>
          <w:sz w:val="22"/>
        </w:rPr>
        <w:t>oder</w:t>
      </w:r>
      <w:proofErr w:type="spellEnd"/>
      <w:r w:rsidR="004C586C" w:rsidRPr="00334369">
        <w:rPr>
          <w:rFonts w:ascii="Messina Sans Book" w:eastAsia="Arial" w:hAnsi="Messina Sans Book"/>
          <w:sz w:val="22"/>
        </w:rPr>
        <w:t xml:space="preserve"> der</w:t>
      </w:r>
      <w:r w:rsidR="004C586C" w:rsidRPr="00362854">
        <w:rPr>
          <w:rFonts w:ascii="Messina Sans Book" w:eastAsia="Arial" w:hAnsi="Messina Sans Book"/>
          <w:i/>
          <w:iCs/>
          <w:sz w:val="22"/>
        </w:rPr>
        <w:t xml:space="preserve"> “</w:t>
      </w:r>
      <w:proofErr w:type="spellStart"/>
      <w:r w:rsidR="004C586C" w:rsidRPr="00362854">
        <w:rPr>
          <w:rFonts w:ascii="Messina Sans Book" w:hAnsi="Messina Sans Book"/>
          <w:i/>
          <w:iCs/>
          <w:color w:val="212121"/>
          <w:sz w:val="22"/>
        </w:rPr>
        <w:t>Sonnengesang-Leine</w:t>
      </w:r>
      <w:proofErr w:type="spellEnd"/>
      <w:r w:rsidR="004C586C" w:rsidRPr="00362854">
        <w:rPr>
          <w:rFonts w:ascii="Messina Sans Book" w:hAnsi="Messina Sans Book"/>
          <w:i/>
          <w:iCs/>
          <w:color w:val="212121"/>
          <w:sz w:val="22"/>
        </w:rPr>
        <w:t>”</w:t>
      </w:r>
      <w:r w:rsidR="004C586C" w:rsidRPr="00362854">
        <w:rPr>
          <w:rFonts w:ascii="Messina Sans Book" w:hAnsi="Messina Sans Book"/>
          <w:color w:val="212121"/>
          <w:sz w:val="22"/>
        </w:rPr>
        <w:t>)</w:t>
      </w:r>
      <w:r w:rsidRPr="00362854">
        <w:rPr>
          <w:rFonts w:ascii="Messina Sans Book" w:hAnsi="Messina Sans Book"/>
          <w:color w:val="212121"/>
          <w:sz w:val="22"/>
        </w:rPr>
        <w:t xml:space="preserve">, </w:t>
      </w:r>
      <w:proofErr w:type="spellStart"/>
      <w:r w:rsidR="004C586C" w:rsidRPr="00362854">
        <w:rPr>
          <w:rFonts w:ascii="Messina Sans Book" w:hAnsi="Messina Sans Book"/>
          <w:color w:val="212121"/>
          <w:sz w:val="22"/>
        </w:rPr>
        <w:t>Ihre</w:t>
      </w:r>
      <w:proofErr w:type="spellEnd"/>
      <w:r w:rsidRPr="00362854">
        <w:rPr>
          <w:rFonts w:ascii="Messina Sans Book" w:hAnsi="Messina Sans Book"/>
          <w:color w:val="212121"/>
          <w:sz w:val="22"/>
        </w:rPr>
        <w:t xml:space="preserve"> </w:t>
      </w:r>
      <w:proofErr w:type="spellStart"/>
      <w:r w:rsidRPr="00362854">
        <w:rPr>
          <w:rFonts w:ascii="Messina Sans Book" w:hAnsi="Messina Sans Book"/>
          <w:color w:val="212121"/>
          <w:sz w:val="22"/>
        </w:rPr>
        <w:t>Ausleihtheke</w:t>
      </w:r>
      <w:proofErr w:type="spellEnd"/>
      <w:r w:rsidRPr="00362854">
        <w:rPr>
          <w:rFonts w:ascii="Messina Sans Book" w:hAnsi="Messina Sans Book"/>
          <w:color w:val="212121"/>
          <w:sz w:val="22"/>
        </w:rPr>
        <w:t xml:space="preserve"> </w:t>
      </w:r>
      <w:proofErr w:type="spellStart"/>
      <w:r w:rsidRPr="00362854">
        <w:rPr>
          <w:rFonts w:ascii="Messina Sans Book" w:hAnsi="Messina Sans Book"/>
          <w:color w:val="212121"/>
          <w:sz w:val="22"/>
        </w:rPr>
        <w:t>oder</w:t>
      </w:r>
      <w:proofErr w:type="spellEnd"/>
      <w:r w:rsidRPr="00362854">
        <w:rPr>
          <w:rFonts w:ascii="Messina Sans Book" w:hAnsi="Messina Sans Book"/>
          <w:color w:val="212121"/>
          <w:sz w:val="22"/>
        </w:rPr>
        <w:t xml:space="preserve"> </w:t>
      </w:r>
      <w:proofErr w:type="spellStart"/>
      <w:r w:rsidRPr="00362854">
        <w:rPr>
          <w:rFonts w:ascii="Messina Sans Book" w:hAnsi="Messina Sans Book"/>
          <w:color w:val="212121"/>
          <w:sz w:val="22"/>
        </w:rPr>
        <w:t>als</w:t>
      </w:r>
      <w:proofErr w:type="spellEnd"/>
      <w:r w:rsidRPr="00362854">
        <w:rPr>
          <w:rFonts w:ascii="Messina Sans Book" w:hAnsi="Messina Sans Book"/>
          <w:color w:val="212121"/>
          <w:sz w:val="22"/>
        </w:rPr>
        <w:t xml:space="preserve"> </w:t>
      </w:r>
      <w:proofErr w:type="spellStart"/>
      <w:r w:rsidRPr="00362854">
        <w:rPr>
          <w:rFonts w:ascii="Messina Sans Book" w:hAnsi="Messina Sans Book"/>
          <w:color w:val="212121"/>
          <w:sz w:val="22"/>
        </w:rPr>
        <w:t>Ergänzung</w:t>
      </w:r>
      <w:proofErr w:type="spellEnd"/>
      <w:r w:rsidRPr="00362854">
        <w:rPr>
          <w:rFonts w:ascii="Messina Sans Book" w:hAnsi="Messina Sans Book"/>
          <w:color w:val="212121"/>
          <w:sz w:val="22"/>
        </w:rPr>
        <w:t xml:space="preserve"> </w:t>
      </w:r>
      <w:proofErr w:type="spellStart"/>
      <w:r w:rsidRPr="00362854">
        <w:rPr>
          <w:rFonts w:ascii="Messina Sans Book" w:hAnsi="Messina Sans Book"/>
          <w:color w:val="212121"/>
          <w:sz w:val="22"/>
        </w:rPr>
        <w:t>zur</w:t>
      </w:r>
      <w:proofErr w:type="spellEnd"/>
      <w:r w:rsidRPr="00362854">
        <w:rPr>
          <w:rFonts w:ascii="Messina Sans Book" w:hAnsi="Messina Sans Book"/>
          <w:color w:val="212121"/>
          <w:sz w:val="22"/>
        </w:rPr>
        <w:t xml:space="preserve"> </w:t>
      </w:r>
      <w:proofErr w:type="spellStart"/>
      <w:r w:rsidRPr="00362854">
        <w:rPr>
          <w:rFonts w:ascii="Messina Sans Book" w:hAnsi="Messina Sans Book"/>
          <w:color w:val="212121"/>
          <w:sz w:val="22"/>
        </w:rPr>
        <w:t>Aktion</w:t>
      </w:r>
      <w:proofErr w:type="spellEnd"/>
      <w:r w:rsidRPr="00362854">
        <w:rPr>
          <w:rFonts w:ascii="Messina Sans Book" w:hAnsi="Messina Sans Book"/>
          <w:color w:val="212121"/>
          <w:sz w:val="22"/>
        </w:rPr>
        <w:t xml:space="preserve"> </w:t>
      </w:r>
      <w:r w:rsidRPr="00362854">
        <w:rPr>
          <w:rFonts w:ascii="Messina Sans Book" w:hAnsi="Messina Sans Book"/>
          <w:i/>
          <w:iCs/>
          <w:color w:val="212121"/>
          <w:sz w:val="22"/>
        </w:rPr>
        <w:t>„</w:t>
      </w:r>
      <w:proofErr w:type="spellStart"/>
      <w:r w:rsidRPr="00362854">
        <w:rPr>
          <w:rFonts w:ascii="Messina Sans Book" w:hAnsi="Messina Sans Book"/>
          <w:i/>
          <w:iCs/>
          <w:color w:val="212121"/>
          <w:sz w:val="22"/>
        </w:rPr>
        <w:t>Franziskus</w:t>
      </w:r>
      <w:proofErr w:type="spellEnd"/>
      <w:r w:rsidRPr="00362854">
        <w:rPr>
          <w:rFonts w:ascii="Messina Sans Book" w:hAnsi="Messina Sans Book"/>
          <w:i/>
          <w:iCs/>
          <w:color w:val="212121"/>
          <w:sz w:val="22"/>
        </w:rPr>
        <w:t xml:space="preserve"> to go“</w:t>
      </w:r>
      <w:r w:rsidRPr="00362854">
        <w:rPr>
          <w:rFonts w:ascii="Messina Sans Book" w:hAnsi="Messina Sans Book"/>
          <w:color w:val="212121"/>
          <w:sz w:val="22"/>
        </w:rPr>
        <w:t>.</w:t>
      </w:r>
    </w:p>
    <w:tbl>
      <w:tblPr>
        <w:tblW w:w="0" w:type="auto"/>
        <w:jc w:val="center"/>
        <w:tblCellSpacing w:w="120" w:type="dxa"/>
        <w:tblLook w:val="04A0" w:firstRow="1" w:lastRow="0" w:firstColumn="1" w:lastColumn="0" w:noHBand="0" w:noVBand="1"/>
      </w:tblPr>
      <w:tblGrid>
        <w:gridCol w:w="5235"/>
        <w:gridCol w:w="5237"/>
      </w:tblGrid>
      <w:tr w:rsidR="006E7116" w14:paraId="425986C0" w14:textId="77777777" w:rsidTr="00190D08">
        <w:trPr>
          <w:tblCellSpacing w:w="120" w:type="dxa"/>
          <w:jc w:val="center"/>
        </w:trPr>
        <w:tc>
          <w:tcPr>
            <w:tcW w:w="4875" w:type="dxa"/>
            <w:tcBorders>
              <w:top w:val="single" w:sz="6" w:space="0" w:color="B7CCC5"/>
              <w:left w:val="single" w:sz="6" w:space="0" w:color="B7CCC5"/>
              <w:bottom w:val="single" w:sz="6" w:space="0" w:color="B7CCC5"/>
              <w:right w:val="single" w:sz="6" w:space="0" w:color="B7CCC5"/>
            </w:tcBorders>
            <w:shd w:val="clear" w:color="auto" w:fill="EAF3EF"/>
            <w:tcMar>
              <w:top w:w="220" w:type="dxa"/>
              <w:left w:w="230" w:type="dxa"/>
              <w:bottom w:w="220" w:type="dxa"/>
              <w:right w:w="230" w:type="dxa"/>
            </w:tcMar>
          </w:tcPr>
          <w:p w14:paraId="48DCC396" w14:textId="77777777" w:rsidR="006E7116" w:rsidRPr="00362854" w:rsidRDefault="00000000">
            <w:pPr>
              <w:spacing w:after="0" w:line="252" w:lineRule="auto"/>
              <w:rPr>
                <w:rFonts w:ascii="Messina Sans" w:hAnsi="Messina Sans"/>
              </w:rPr>
            </w:pPr>
            <w:r w:rsidRPr="00362854">
              <w:rPr>
                <w:rFonts w:ascii="Messina Sans" w:eastAsia="Valizas" w:hAnsi="Messina Sans"/>
                <w:b/>
                <w:color w:val="004133"/>
                <w:sz w:val="24"/>
              </w:rPr>
              <w:t xml:space="preserve">So </w:t>
            </w:r>
            <w:proofErr w:type="spellStart"/>
            <w:r w:rsidRPr="00362854">
              <w:rPr>
                <w:rFonts w:ascii="Messina Sans" w:eastAsia="Valizas" w:hAnsi="Messina Sans"/>
                <w:b/>
                <w:color w:val="004133"/>
                <w:sz w:val="24"/>
              </w:rPr>
              <w:t>kann</w:t>
            </w:r>
            <w:proofErr w:type="spellEnd"/>
            <w:r w:rsidRPr="00362854">
              <w:rPr>
                <w:rFonts w:ascii="Messina Sans" w:eastAsia="Valizas" w:hAnsi="Messina Sans"/>
                <w:b/>
                <w:color w:val="004133"/>
                <w:sz w:val="24"/>
              </w:rPr>
              <w:t xml:space="preserve"> es </w:t>
            </w:r>
            <w:proofErr w:type="spellStart"/>
            <w:r w:rsidRPr="00362854">
              <w:rPr>
                <w:rFonts w:ascii="Messina Sans" w:eastAsia="Valizas" w:hAnsi="Messina Sans"/>
                <w:b/>
                <w:color w:val="004133"/>
                <w:sz w:val="24"/>
              </w:rPr>
              <w:t>leicht</w:t>
            </w:r>
            <w:proofErr w:type="spellEnd"/>
            <w:r w:rsidRPr="00362854">
              <w:rPr>
                <w:rFonts w:ascii="Messina Sans" w:eastAsia="Valizas" w:hAnsi="Messina Sans"/>
                <w:b/>
                <w:color w:val="004133"/>
                <w:sz w:val="24"/>
              </w:rPr>
              <w:t xml:space="preserve"> </w:t>
            </w:r>
            <w:proofErr w:type="spellStart"/>
            <w:r w:rsidRPr="00362854">
              <w:rPr>
                <w:rFonts w:ascii="Messina Sans" w:eastAsia="Valizas" w:hAnsi="Messina Sans"/>
                <w:b/>
                <w:color w:val="004133"/>
                <w:sz w:val="24"/>
              </w:rPr>
              <w:t>gehen</w:t>
            </w:r>
            <w:proofErr w:type="spellEnd"/>
          </w:p>
          <w:p w14:paraId="58481D78" w14:textId="77777777" w:rsidR="006E7116" w:rsidRPr="00362854" w:rsidRDefault="00000000">
            <w:pPr>
              <w:spacing w:after="0" w:line="252" w:lineRule="auto"/>
              <w:rPr>
                <w:rFonts w:ascii="Messina Sans Book" w:hAnsi="Messina Sans Book"/>
              </w:rPr>
            </w:pPr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Die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Karten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 auf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etwas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festerem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 Papier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ausdrucken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,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ausschneiden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 und in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einem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Körbchen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oder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 an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einer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kleinen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 Station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auslegen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</w:tc>
        <w:tc>
          <w:tcPr>
            <w:tcW w:w="4877" w:type="dxa"/>
            <w:tcBorders>
              <w:top w:val="single" w:sz="6" w:space="0" w:color="B7CCC5"/>
              <w:left w:val="single" w:sz="6" w:space="0" w:color="B7CCC5"/>
              <w:bottom w:val="single" w:sz="6" w:space="0" w:color="B7CCC5"/>
              <w:right w:val="single" w:sz="6" w:space="0" w:color="B7CCC5"/>
            </w:tcBorders>
            <w:shd w:val="clear" w:color="auto" w:fill="EAF3EF"/>
            <w:tcMar>
              <w:top w:w="220" w:type="dxa"/>
              <w:left w:w="230" w:type="dxa"/>
              <w:bottom w:w="220" w:type="dxa"/>
              <w:right w:w="230" w:type="dxa"/>
            </w:tcMar>
          </w:tcPr>
          <w:p w14:paraId="0CBBB232" w14:textId="77777777" w:rsidR="00190D08" w:rsidRPr="00362854" w:rsidRDefault="00190D08" w:rsidP="00190D08">
            <w:pPr>
              <w:spacing w:after="0" w:line="252" w:lineRule="auto"/>
              <w:rPr>
                <w:rFonts w:ascii="Messina Sans" w:hAnsi="Messina Sans"/>
              </w:rPr>
            </w:pPr>
            <w:proofErr w:type="spellStart"/>
            <w:r w:rsidRPr="00362854">
              <w:rPr>
                <w:rFonts w:ascii="Messina Sans" w:eastAsia="Valizas" w:hAnsi="Messina Sans"/>
                <w:b/>
                <w:color w:val="004133"/>
                <w:sz w:val="24"/>
              </w:rPr>
              <w:t>Anpassbar</w:t>
            </w:r>
            <w:proofErr w:type="spellEnd"/>
          </w:p>
          <w:p w14:paraId="3B04CDD7" w14:textId="522E548B" w:rsidR="006E7116" w:rsidRPr="00362854" w:rsidRDefault="00190D08" w:rsidP="00190D08">
            <w:pPr>
              <w:spacing w:after="0" w:line="252" w:lineRule="auto"/>
              <w:rPr>
                <w:rFonts w:ascii="Messina Sans Book" w:hAnsi="Messina Sans Book"/>
              </w:rPr>
            </w:pPr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Die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Karten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können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 von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Ihnen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verändert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,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ergänzt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oder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einzeln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kopiert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werden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. Auch die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Farben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oder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 die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Schrif</w:t>
            </w:r>
            <w:r w:rsidR="00334369">
              <w:rPr>
                <w:rFonts w:ascii="Messina Sans Book" w:hAnsi="Messina Sans Book"/>
                <w:color w:val="212121"/>
                <w:sz w:val="19"/>
              </w:rPr>
              <w:t>t</w:t>
            </w:r>
            <w:r w:rsidRPr="00362854">
              <w:rPr>
                <w:rFonts w:ascii="Messina Sans Book" w:hAnsi="Messina Sans Book"/>
                <w:color w:val="212121"/>
                <w:sz w:val="19"/>
              </w:rPr>
              <w:t>art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kann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 gerne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nach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Ihren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Wünschen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angepasst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362854">
              <w:rPr>
                <w:rFonts w:ascii="Messina Sans Book" w:hAnsi="Messina Sans Book"/>
                <w:color w:val="212121"/>
                <w:sz w:val="19"/>
              </w:rPr>
              <w:t>werden</w:t>
            </w:r>
            <w:proofErr w:type="spellEnd"/>
            <w:r w:rsidRPr="00362854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</w:tc>
      </w:tr>
    </w:tbl>
    <w:p w14:paraId="05F2816F" w14:textId="77777777" w:rsidR="006E7116" w:rsidRPr="00362854" w:rsidRDefault="00000000">
      <w:pPr>
        <w:spacing w:before="240" w:after="160"/>
        <w:rPr>
          <w:rFonts w:ascii="Valizas Book" w:hAnsi="Valizas Book"/>
          <w:sz w:val="28"/>
          <w:szCs w:val="28"/>
        </w:rPr>
      </w:pPr>
      <w:proofErr w:type="spellStart"/>
      <w:r w:rsidRPr="00362854">
        <w:rPr>
          <w:rFonts w:ascii="Valizas Book" w:eastAsia="Valizas" w:hAnsi="Valizas Book"/>
          <w:b/>
          <w:color w:val="004133"/>
          <w:sz w:val="28"/>
          <w:szCs w:val="28"/>
        </w:rPr>
        <w:t>Kategorien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96"/>
        <w:gridCol w:w="2095"/>
        <w:gridCol w:w="2096"/>
        <w:gridCol w:w="2095"/>
        <w:gridCol w:w="2096"/>
      </w:tblGrid>
      <w:tr w:rsidR="006E7116" w14:paraId="740C87E3" w14:textId="77777777">
        <w:trPr>
          <w:jc w:val="center"/>
        </w:trPr>
        <w:tc>
          <w:tcPr>
            <w:tcW w:w="2098" w:type="dxa"/>
            <w:tcBorders>
              <w:top w:val="single" w:sz="4" w:space="0" w:color="004133"/>
              <w:left w:val="single" w:sz="4" w:space="0" w:color="004133"/>
              <w:bottom w:val="single" w:sz="4" w:space="0" w:color="004133"/>
              <w:right w:val="single" w:sz="4" w:space="0" w:color="004133"/>
            </w:tcBorders>
            <w:shd w:val="clear" w:color="auto" w:fill="004133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35C44EF" w14:textId="77777777" w:rsidR="006E7116" w:rsidRPr="00362854" w:rsidRDefault="00000000">
            <w:pPr>
              <w:spacing w:after="0" w:line="252" w:lineRule="auto"/>
              <w:jc w:val="center"/>
              <w:rPr>
                <w:rFonts w:ascii="Messina Sans" w:hAnsi="Messina Sans"/>
              </w:rPr>
            </w:pPr>
            <w:proofErr w:type="spellStart"/>
            <w:r w:rsidRPr="00362854">
              <w:rPr>
                <w:rFonts w:ascii="Messina Sans" w:eastAsia="Valizas" w:hAnsi="Messina Sans"/>
                <w:b/>
                <w:color w:val="FFFFFF"/>
                <w:sz w:val="18"/>
              </w:rPr>
              <w:t>Schöpfung</w:t>
            </w:r>
            <w:proofErr w:type="spellEnd"/>
          </w:p>
        </w:tc>
        <w:tc>
          <w:tcPr>
            <w:tcW w:w="2098" w:type="dxa"/>
            <w:tcBorders>
              <w:top w:val="single" w:sz="4" w:space="0" w:color="004133"/>
              <w:left w:val="single" w:sz="4" w:space="0" w:color="004133"/>
              <w:bottom w:val="single" w:sz="4" w:space="0" w:color="004133"/>
              <w:right w:val="single" w:sz="4" w:space="0" w:color="004133"/>
            </w:tcBorders>
            <w:shd w:val="clear" w:color="auto" w:fill="004133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5CD54D9" w14:textId="77777777" w:rsidR="006E7116" w:rsidRPr="00362854" w:rsidRDefault="00000000">
            <w:pPr>
              <w:spacing w:after="0" w:line="252" w:lineRule="auto"/>
              <w:jc w:val="center"/>
              <w:rPr>
                <w:rFonts w:ascii="Messina Sans" w:hAnsi="Messina Sans"/>
              </w:rPr>
            </w:pPr>
            <w:r w:rsidRPr="00362854">
              <w:rPr>
                <w:rFonts w:ascii="Messina Sans" w:eastAsia="Valizas" w:hAnsi="Messina Sans"/>
                <w:b/>
                <w:color w:val="FFFFFF"/>
                <w:sz w:val="18"/>
              </w:rPr>
              <w:t>Frieden</w:t>
            </w:r>
          </w:p>
        </w:tc>
        <w:tc>
          <w:tcPr>
            <w:tcW w:w="2098" w:type="dxa"/>
            <w:tcBorders>
              <w:top w:val="single" w:sz="4" w:space="0" w:color="004133"/>
              <w:left w:val="single" w:sz="4" w:space="0" w:color="004133"/>
              <w:bottom w:val="single" w:sz="4" w:space="0" w:color="004133"/>
              <w:right w:val="single" w:sz="4" w:space="0" w:color="004133"/>
            </w:tcBorders>
            <w:shd w:val="clear" w:color="auto" w:fill="004133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13CE25E" w14:textId="77777777" w:rsidR="006E7116" w:rsidRPr="00362854" w:rsidRDefault="00000000">
            <w:pPr>
              <w:spacing w:after="0" w:line="252" w:lineRule="auto"/>
              <w:jc w:val="center"/>
              <w:rPr>
                <w:rFonts w:ascii="Messina Sans" w:hAnsi="Messina Sans"/>
              </w:rPr>
            </w:pPr>
            <w:proofErr w:type="spellStart"/>
            <w:r w:rsidRPr="00362854">
              <w:rPr>
                <w:rFonts w:ascii="Messina Sans" w:eastAsia="Valizas" w:hAnsi="Messina Sans"/>
                <w:b/>
                <w:color w:val="FFFFFF"/>
                <w:sz w:val="18"/>
              </w:rPr>
              <w:t>Einfachheit</w:t>
            </w:r>
            <w:proofErr w:type="spellEnd"/>
          </w:p>
        </w:tc>
        <w:tc>
          <w:tcPr>
            <w:tcW w:w="2098" w:type="dxa"/>
            <w:tcBorders>
              <w:top w:val="single" w:sz="4" w:space="0" w:color="004133"/>
              <w:left w:val="single" w:sz="4" w:space="0" w:color="004133"/>
              <w:bottom w:val="single" w:sz="4" w:space="0" w:color="004133"/>
              <w:right w:val="single" w:sz="4" w:space="0" w:color="004133"/>
            </w:tcBorders>
            <w:shd w:val="clear" w:color="auto" w:fill="004133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7C532AC" w14:textId="77777777" w:rsidR="006E7116" w:rsidRPr="00362854" w:rsidRDefault="00000000">
            <w:pPr>
              <w:spacing w:after="0" w:line="252" w:lineRule="auto"/>
              <w:jc w:val="center"/>
              <w:rPr>
                <w:rFonts w:ascii="Messina Sans" w:hAnsi="Messina Sans"/>
              </w:rPr>
            </w:pPr>
            <w:proofErr w:type="spellStart"/>
            <w:r w:rsidRPr="00362854">
              <w:rPr>
                <w:rFonts w:ascii="Messina Sans" w:eastAsia="Valizas" w:hAnsi="Messina Sans"/>
                <w:b/>
                <w:color w:val="FFFFFF"/>
                <w:sz w:val="18"/>
              </w:rPr>
              <w:t>Teilen</w:t>
            </w:r>
            <w:proofErr w:type="spellEnd"/>
          </w:p>
        </w:tc>
        <w:tc>
          <w:tcPr>
            <w:tcW w:w="2098" w:type="dxa"/>
            <w:tcBorders>
              <w:top w:val="single" w:sz="4" w:space="0" w:color="004133"/>
              <w:left w:val="single" w:sz="4" w:space="0" w:color="004133"/>
              <w:bottom w:val="single" w:sz="4" w:space="0" w:color="004133"/>
              <w:right w:val="single" w:sz="4" w:space="0" w:color="004133"/>
            </w:tcBorders>
            <w:shd w:val="clear" w:color="auto" w:fill="004133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335DA81" w14:textId="77777777" w:rsidR="006E7116" w:rsidRPr="00362854" w:rsidRDefault="00000000">
            <w:pPr>
              <w:spacing w:after="0" w:line="252" w:lineRule="auto"/>
              <w:jc w:val="center"/>
              <w:rPr>
                <w:rFonts w:ascii="Messina Sans" w:hAnsi="Messina Sans"/>
              </w:rPr>
            </w:pPr>
            <w:proofErr w:type="spellStart"/>
            <w:r w:rsidRPr="00362854">
              <w:rPr>
                <w:rFonts w:ascii="Messina Sans" w:eastAsia="Valizas" w:hAnsi="Messina Sans"/>
                <w:b/>
                <w:color w:val="FFFFFF"/>
                <w:sz w:val="18"/>
              </w:rPr>
              <w:t>Unterwegs</w:t>
            </w:r>
            <w:proofErr w:type="spellEnd"/>
          </w:p>
        </w:tc>
      </w:tr>
    </w:tbl>
    <w:p w14:paraId="03CB4CD2" w14:textId="11E94529" w:rsidR="006E7116" w:rsidRPr="00362854" w:rsidRDefault="00000000">
      <w:pPr>
        <w:spacing w:after="80"/>
        <w:jc w:val="right"/>
        <w:rPr>
          <w:rFonts w:ascii="Valizas Book" w:hAnsi="Valizas Book"/>
        </w:rPr>
      </w:pPr>
      <w:r w:rsidRPr="00362854">
        <w:rPr>
          <w:rFonts w:ascii="Valizas Book" w:eastAsia="Valizas" w:hAnsi="Valizas Book"/>
          <w:b/>
          <w:color w:val="004133"/>
          <w:sz w:val="30"/>
        </w:rPr>
        <w:lastRenderedPageBreak/>
        <w:t>Franz</w:t>
      </w:r>
      <w:r w:rsidR="00190D08" w:rsidRPr="00362854">
        <w:rPr>
          <w:rFonts w:ascii="Valizas Book" w:eastAsia="Valizas" w:hAnsi="Valizas Book"/>
          <w:b/>
          <w:color w:val="004133"/>
          <w:sz w:val="30"/>
        </w:rPr>
        <w:t xml:space="preserve"> von Ass</w:t>
      </w:r>
      <w:r w:rsidRPr="00362854">
        <w:rPr>
          <w:rFonts w:ascii="Valizas Book" w:eastAsia="Valizas" w:hAnsi="Valizas Book"/>
          <w:b/>
          <w:color w:val="004133"/>
          <w:sz w:val="30"/>
        </w:rPr>
        <w:t>is</w:t>
      </w:r>
      <w:r w:rsidR="00190D08" w:rsidRPr="00362854">
        <w:rPr>
          <w:rFonts w:ascii="Valizas Book" w:eastAsia="Valizas" w:hAnsi="Valizas Book"/>
          <w:b/>
          <w:color w:val="004133"/>
          <w:sz w:val="30"/>
        </w:rPr>
        <w:t>i</w:t>
      </w:r>
      <w:r w:rsidRPr="00362854">
        <w:rPr>
          <w:rFonts w:ascii="Valizas Book" w:eastAsia="Valizas" w:hAnsi="Valizas Book"/>
          <w:b/>
          <w:color w:val="004133"/>
          <w:sz w:val="30"/>
        </w:rPr>
        <w:t xml:space="preserve">: </w:t>
      </w:r>
      <w:proofErr w:type="spellStart"/>
      <w:r w:rsidRPr="00362854">
        <w:rPr>
          <w:rFonts w:ascii="Valizas Book" w:eastAsia="Valizas" w:hAnsi="Valizas Book"/>
          <w:b/>
          <w:color w:val="004133"/>
          <w:sz w:val="30"/>
        </w:rPr>
        <w:t>Impulskarten</w:t>
      </w:r>
      <w:proofErr w:type="spellEnd"/>
      <w:r w:rsidR="00190D08" w:rsidRPr="00362854">
        <w:rPr>
          <w:rFonts w:ascii="Valizas Book" w:eastAsia="Valizas" w:hAnsi="Valizas Book"/>
          <w:b/>
          <w:color w:val="004133"/>
          <w:sz w:val="30"/>
        </w:rPr>
        <w:t xml:space="preserve"> </w:t>
      </w:r>
      <w:proofErr w:type="spellStart"/>
      <w:r w:rsidR="00190D08" w:rsidRPr="00362854">
        <w:rPr>
          <w:rFonts w:ascii="Valizas Book" w:eastAsia="Valizas" w:hAnsi="Valizas Book"/>
          <w:b/>
          <w:color w:val="004133"/>
          <w:sz w:val="30"/>
        </w:rPr>
        <w:t>zum</w:t>
      </w:r>
      <w:proofErr w:type="spellEnd"/>
      <w:r w:rsidR="00190D08" w:rsidRPr="00362854">
        <w:rPr>
          <w:rFonts w:ascii="Valizas Book" w:eastAsia="Valizas" w:hAnsi="Valizas Book"/>
          <w:b/>
          <w:color w:val="004133"/>
          <w:sz w:val="30"/>
        </w:rPr>
        <w:t xml:space="preserve"> </w:t>
      </w:r>
      <w:proofErr w:type="spellStart"/>
      <w:r w:rsidR="00190D08" w:rsidRPr="00362854">
        <w:rPr>
          <w:rFonts w:ascii="Valizas Book" w:eastAsia="Valizas" w:hAnsi="Valizas Book"/>
          <w:b/>
          <w:color w:val="004133"/>
          <w:sz w:val="30"/>
        </w:rPr>
        <w:t>Mitnehmen</w:t>
      </w:r>
      <w:proofErr w:type="spellEnd"/>
    </w:p>
    <w:tbl>
      <w:tblPr>
        <w:tblW w:w="10802" w:type="dxa"/>
        <w:jc w:val="center"/>
        <w:tblCellSpacing w:w="90" w:type="dxa"/>
        <w:tblLayout w:type="fixed"/>
        <w:tblLook w:val="04A0" w:firstRow="1" w:lastRow="0" w:firstColumn="1" w:lastColumn="0" w:noHBand="0" w:noVBand="1"/>
      </w:tblPr>
      <w:tblGrid>
        <w:gridCol w:w="5401"/>
        <w:gridCol w:w="5401"/>
      </w:tblGrid>
      <w:tr w:rsidR="006E7116" w14:paraId="6D367302" w14:textId="77777777" w:rsidTr="00F27280">
        <w:trPr>
          <w:trHeight w:val="3203"/>
          <w:tblCellSpacing w:w="90" w:type="dxa"/>
          <w:jc w:val="center"/>
        </w:trPr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294EB5EF" w14:textId="77777777" w:rsidR="006E7116" w:rsidRPr="00850E94" w:rsidRDefault="00000000">
            <w:pPr>
              <w:spacing w:after="80"/>
              <w:rPr>
                <w:rFonts w:ascii="Messina Sans Book" w:hAnsi="Messina Sans Book"/>
              </w:rPr>
            </w:pPr>
            <w:r w:rsidRPr="00850E94">
              <w:rPr>
                <w:rFonts w:ascii="Messina Sans Book" w:eastAsia="Valizas" w:hAnsi="Messina Sans Book"/>
                <w:b/>
                <w:color w:val="004133"/>
                <w:sz w:val="15"/>
              </w:rPr>
              <w:t>SCHÖPFUNG</w:t>
            </w:r>
          </w:p>
          <w:p w14:paraId="4BA65AA7" w14:textId="77777777" w:rsidR="006E7116" w:rsidRPr="00F1503E" w:rsidRDefault="00000000">
            <w:pPr>
              <w:spacing w:after="80" w:line="240" w:lineRule="auto"/>
              <w:rPr>
                <w:rFonts w:ascii="Messina Sans" w:hAnsi="Messina Sans"/>
              </w:rPr>
            </w:pPr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Himmel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entdecken</w:t>
            </w:r>
            <w:proofErr w:type="spellEnd"/>
          </w:p>
          <w:p w14:paraId="47F0A7C9" w14:textId="77777777" w:rsidR="006E7116" w:rsidRPr="00F1503E" w:rsidRDefault="00000000">
            <w:pPr>
              <w:spacing w:after="100" w:line="264" w:lineRule="auto"/>
              <w:rPr>
                <w:rFonts w:ascii="Messina Sans Book" w:hAnsi="Messina Sans Book"/>
              </w:rPr>
            </w:pP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Schau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heute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einmal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bewusst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in den Himmel.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Welche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Farbe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schenkt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dir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der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Tag?</w:t>
            </w:r>
          </w:p>
          <w:p w14:paraId="7661B22B" w14:textId="77777777" w:rsidR="006E7116" w:rsidRDefault="00000000">
            <w:pPr>
              <w:spacing w:after="0" w:line="252" w:lineRule="auto"/>
            </w:pPr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Male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erzähle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davon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.</w:t>
            </w:r>
          </w:p>
        </w:tc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1CFD07E5" w14:textId="77777777" w:rsidR="006E7116" w:rsidRPr="00850E94" w:rsidRDefault="00000000">
            <w:pPr>
              <w:spacing w:after="80"/>
              <w:rPr>
                <w:rFonts w:ascii="Messina Sans Book" w:hAnsi="Messina Sans Book"/>
              </w:rPr>
            </w:pPr>
            <w:r w:rsidRPr="00850E94">
              <w:rPr>
                <w:rFonts w:ascii="Messina Sans Book" w:eastAsia="Valizas" w:hAnsi="Messina Sans Book"/>
                <w:b/>
                <w:color w:val="004133"/>
                <w:sz w:val="15"/>
              </w:rPr>
              <w:t>SCHÖPFUNG</w:t>
            </w:r>
          </w:p>
          <w:p w14:paraId="3224A1CD" w14:textId="77777777" w:rsidR="006E7116" w:rsidRPr="00F1503E" w:rsidRDefault="00000000">
            <w:pPr>
              <w:spacing w:after="80" w:line="240" w:lineRule="auto"/>
              <w:rPr>
                <w:rFonts w:ascii="Messina Sans" w:hAnsi="Messina Sans"/>
              </w:rPr>
            </w:pPr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Ein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kleines</w:t>
            </w:r>
            <w:proofErr w:type="spellEnd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Wunder</w:t>
            </w:r>
            <w:proofErr w:type="spellEnd"/>
          </w:p>
          <w:p w14:paraId="4260057F" w14:textId="77777777" w:rsidR="006E7116" w:rsidRPr="00F1503E" w:rsidRDefault="00000000">
            <w:pPr>
              <w:spacing w:after="100" w:line="264" w:lineRule="auto"/>
              <w:rPr>
                <w:rFonts w:ascii="Messina Sans Book" w:hAnsi="Messina Sans Book"/>
              </w:rPr>
            </w:pP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Finde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draußen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Blatt,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Stein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Blume. Was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macht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dieses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kleine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Ding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besonders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?</w:t>
            </w:r>
          </w:p>
          <w:p w14:paraId="78BFB2AC" w14:textId="77777777" w:rsidR="006E7116" w:rsidRDefault="00000000">
            <w:pPr>
              <w:spacing w:after="0" w:line="252" w:lineRule="auto"/>
            </w:pP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Nimm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dir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einen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Staun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-Moment.</w:t>
            </w:r>
          </w:p>
        </w:tc>
      </w:tr>
      <w:tr w:rsidR="006E7116" w14:paraId="339315F2" w14:textId="77777777" w:rsidTr="00F27280">
        <w:trPr>
          <w:trHeight w:val="3203"/>
          <w:tblCellSpacing w:w="90" w:type="dxa"/>
          <w:jc w:val="center"/>
        </w:trPr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4F11510D" w14:textId="77777777" w:rsidR="00185E7B" w:rsidRPr="00850E94" w:rsidRDefault="00185E7B" w:rsidP="00185E7B">
            <w:pPr>
              <w:spacing w:after="80"/>
              <w:rPr>
                <w:rFonts w:ascii="Messina Sans Book" w:hAnsi="Messina Sans Book"/>
              </w:rPr>
            </w:pPr>
            <w:r w:rsidRPr="00850E94">
              <w:rPr>
                <w:rFonts w:ascii="Messina Sans Book" w:eastAsia="Valizas" w:hAnsi="Messina Sans Book"/>
                <w:b/>
                <w:color w:val="004133"/>
                <w:sz w:val="15"/>
              </w:rPr>
              <w:t>SCHÖPFUNG</w:t>
            </w:r>
          </w:p>
          <w:p w14:paraId="665F3178" w14:textId="77777777" w:rsidR="00185E7B" w:rsidRPr="00F1503E" w:rsidRDefault="00185E7B" w:rsidP="00185E7B">
            <w:pPr>
              <w:spacing w:after="80" w:line="240" w:lineRule="auto"/>
              <w:rPr>
                <w:rFonts w:ascii="Messina Sans" w:hAnsi="Messina Sans"/>
              </w:rPr>
            </w:pPr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Eine Minute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hören</w:t>
            </w:r>
            <w:proofErr w:type="spellEnd"/>
          </w:p>
          <w:p w14:paraId="6CF9A8F3" w14:textId="75CF482F" w:rsidR="00185E7B" w:rsidRPr="00F1503E" w:rsidRDefault="00185E7B" w:rsidP="00185E7B">
            <w:pPr>
              <w:spacing w:after="100" w:line="264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Sei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Moment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ganz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leise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.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Welche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Geräusche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der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Natur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hörst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du?</w:t>
            </w:r>
          </w:p>
          <w:p w14:paraId="61763D1E" w14:textId="40D362BF" w:rsidR="006E7116" w:rsidRDefault="00185E7B" w:rsidP="00185E7B">
            <w:pPr>
              <w:spacing w:after="0" w:line="252" w:lineRule="auto"/>
            </w:pP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Zähle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drei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Geräusche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auf.</w:t>
            </w:r>
          </w:p>
        </w:tc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1013A0FC" w14:textId="77777777" w:rsidR="006E7116" w:rsidRPr="00850E94" w:rsidRDefault="00000000">
            <w:pPr>
              <w:spacing w:after="80"/>
              <w:rPr>
                <w:rFonts w:ascii="Messina Sans Book" w:hAnsi="Messina Sans Book"/>
              </w:rPr>
            </w:pPr>
            <w:r w:rsidRPr="00850E94">
              <w:rPr>
                <w:rFonts w:ascii="Messina Sans Book" w:eastAsia="Valizas" w:hAnsi="Messina Sans Book"/>
                <w:b/>
                <w:color w:val="004133"/>
                <w:sz w:val="15"/>
              </w:rPr>
              <w:t>SCHÖPFUNG</w:t>
            </w:r>
          </w:p>
          <w:p w14:paraId="5C13AB67" w14:textId="77777777" w:rsidR="006E7116" w:rsidRPr="00F1503E" w:rsidRDefault="00000000">
            <w:pPr>
              <w:spacing w:after="80" w:line="240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Bruder</w:t>
            </w:r>
            <w:proofErr w:type="spellEnd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Sonne</w:t>
            </w:r>
            <w:proofErr w:type="spellEnd"/>
          </w:p>
          <w:p w14:paraId="79A36FAC" w14:textId="77777777" w:rsidR="006E7116" w:rsidRPr="00F1503E" w:rsidRDefault="00000000">
            <w:pPr>
              <w:spacing w:after="100" w:line="264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Die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Sonne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schenkt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Licht und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Wärme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. Sie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hilft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allem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, was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wächst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  <w:p w14:paraId="0E0010D9" w14:textId="5FDFD001" w:rsidR="006E7116" w:rsidRDefault="00000000">
            <w:pPr>
              <w:spacing w:after="0" w:line="252" w:lineRule="auto"/>
            </w:pP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Wer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was </w:t>
            </w:r>
            <w:proofErr w:type="spellStart"/>
            <w:r w:rsidR="00456887" w:rsidRPr="00F1503E">
              <w:rPr>
                <w:rFonts w:ascii="Messina Sans Book" w:hAnsi="Messina Sans Book"/>
                <w:color w:val="004133"/>
                <w:sz w:val="16"/>
              </w:rPr>
              <w:t>schenkt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dein</w:t>
            </w:r>
            <w:r w:rsidR="00456887" w:rsidRPr="00F1503E">
              <w:rPr>
                <w:rFonts w:ascii="Messina Sans Book" w:hAnsi="Messina Sans Book"/>
                <w:color w:val="004133"/>
                <w:sz w:val="16"/>
              </w:rPr>
              <w:t>em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Herz</w:t>
            </w:r>
            <w:r w:rsidR="00456887" w:rsidRPr="00F1503E">
              <w:rPr>
                <w:rFonts w:ascii="Messina Sans Book" w:hAnsi="Messina Sans Book"/>
                <w:color w:val="004133"/>
                <w:sz w:val="16"/>
              </w:rPr>
              <w:t xml:space="preserve">en </w:t>
            </w:r>
            <w:proofErr w:type="spellStart"/>
            <w:r w:rsidR="00456887" w:rsidRPr="00F1503E">
              <w:rPr>
                <w:rFonts w:ascii="Messina Sans Book" w:hAnsi="Messina Sans Book"/>
                <w:color w:val="004133"/>
                <w:sz w:val="16"/>
              </w:rPr>
              <w:t>Wär</w:t>
            </w:r>
            <w:r w:rsidRPr="00F1503E">
              <w:rPr>
                <w:rFonts w:ascii="Messina Sans Book" w:hAnsi="Messina Sans Book"/>
                <w:color w:val="004133"/>
                <w:sz w:val="16"/>
              </w:rPr>
              <w:t>m</w:t>
            </w:r>
            <w:r w:rsidR="00456887" w:rsidRPr="00F1503E">
              <w:rPr>
                <w:rFonts w:ascii="Messina Sans Book" w:hAnsi="Messina Sans Book"/>
                <w:color w:val="004133"/>
                <w:sz w:val="16"/>
              </w:rPr>
              <w:t>e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?</w:t>
            </w:r>
          </w:p>
        </w:tc>
      </w:tr>
      <w:tr w:rsidR="006E7116" w14:paraId="55C66984" w14:textId="77777777" w:rsidTr="00F27280">
        <w:trPr>
          <w:trHeight w:val="3203"/>
          <w:tblCellSpacing w:w="90" w:type="dxa"/>
          <w:jc w:val="center"/>
        </w:trPr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2CBDB8D6" w14:textId="77777777" w:rsidR="006E7116" w:rsidRPr="00850E94" w:rsidRDefault="00000000">
            <w:pPr>
              <w:spacing w:after="80"/>
              <w:rPr>
                <w:rFonts w:ascii="Messina Sans Book" w:hAnsi="Messina Sans Book"/>
              </w:rPr>
            </w:pPr>
            <w:r w:rsidRPr="00850E94">
              <w:rPr>
                <w:rFonts w:ascii="Messina Sans Book" w:eastAsia="Valizas" w:hAnsi="Messina Sans Book"/>
                <w:b/>
                <w:color w:val="004133"/>
                <w:sz w:val="15"/>
              </w:rPr>
              <w:t>SCHÖPFUNG</w:t>
            </w:r>
          </w:p>
          <w:p w14:paraId="0568AE01" w14:textId="77777777" w:rsidR="006E7116" w:rsidRPr="00F1503E" w:rsidRDefault="00000000">
            <w:pPr>
              <w:spacing w:after="80" w:line="240" w:lineRule="auto"/>
              <w:rPr>
                <w:rFonts w:ascii="Messina Sans" w:hAnsi="Messina Sans"/>
              </w:rPr>
            </w:pPr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Mutter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Erde</w:t>
            </w:r>
            <w:proofErr w:type="spellEnd"/>
          </w:p>
          <w:p w14:paraId="1BE8220D" w14:textId="77777777" w:rsidR="006E7116" w:rsidRPr="00F1503E" w:rsidRDefault="00000000">
            <w:pPr>
              <w:spacing w:after="100" w:line="264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Die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Erde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trägt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uns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,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nährt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uns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und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lässt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Neues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wachsen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  <w:p w14:paraId="336EFD5A" w14:textId="02D4A66D" w:rsidR="006E7116" w:rsidRDefault="00C21CFA">
            <w:pPr>
              <w:spacing w:after="0" w:line="252" w:lineRule="auto"/>
            </w:pPr>
            <w:r>
              <w:rPr>
                <w:rFonts w:ascii="Messina Sans Book" w:hAnsi="Messina Sans Book"/>
                <w:color w:val="004133"/>
                <w:sz w:val="16"/>
              </w:rPr>
              <w:t xml:space="preserve">An </w:t>
            </w:r>
            <w:proofErr w:type="spellStart"/>
            <w:r>
              <w:rPr>
                <w:rFonts w:ascii="Messina Sans Book" w:hAnsi="Messina Sans Book"/>
                <w:color w:val="004133"/>
                <w:sz w:val="16"/>
              </w:rPr>
              <w:t>welchem</w:t>
            </w:r>
            <w:proofErr w:type="spellEnd"/>
            <w:r>
              <w:rPr>
                <w:rFonts w:ascii="Messina Sans Book" w:hAnsi="Messina Sans Book"/>
                <w:color w:val="004133"/>
                <w:sz w:val="16"/>
              </w:rPr>
              <w:t xml:space="preserve"> Ort</w:t>
            </w:r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fühlst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du dich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geborgen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?</w:t>
            </w:r>
          </w:p>
        </w:tc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44556CCC" w14:textId="77777777" w:rsidR="00185E7B" w:rsidRPr="00850E94" w:rsidRDefault="00185E7B" w:rsidP="00185E7B">
            <w:pPr>
              <w:spacing w:after="80"/>
              <w:rPr>
                <w:rFonts w:ascii="Messina Sans Book" w:hAnsi="Messina Sans Book"/>
              </w:rPr>
            </w:pPr>
            <w:r w:rsidRPr="00850E94">
              <w:rPr>
                <w:rFonts w:ascii="Messina Sans Book" w:eastAsia="Valizas" w:hAnsi="Messina Sans Book"/>
                <w:b/>
                <w:color w:val="004133"/>
                <w:sz w:val="15"/>
              </w:rPr>
              <w:t>SCHÖPFUNG</w:t>
            </w:r>
          </w:p>
          <w:p w14:paraId="1C3BB729" w14:textId="77777777" w:rsidR="00185E7B" w:rsidRPr="00F1503E" w:rsidRDefault="00185E7B" w:rsidP="00185E7B">
            <w:pPr>
              <w:spacing w:after="80" w:line="240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Mitgeschöpfe</w:t>
            </w:r>
            <w:proofErr w:type="spellEnd"/>
          </w:p>
          <w:p w14:paraId="39EE6CB2" w14:textId="5AF6084B" w:rsidR="00185E7B" w:rsidRPr="00F1503E" w:rsidRDefault="00185E7B" w:rsidP="00185E7B">
            <w:pPr>
              <w:spacing w:after="100" w:line="264" w:lineRule="auto"/>
              <w:rPr>
                <w:rFonts w:ascii="Messina Sans Book" w:hAnsi="Messina Sans Book"/>
              </w:rPr>
            </w:pP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Franziskus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sah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Tiere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als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="00C21CFA">
              <w:rPr>
                <w:rFonts w:ascii="Messina Sans Book" w:hAnsi="Messina Sans Book"/>
                <w:color w:val="212121"/>
                <w:sz w:val="19"/>
              </w:rPr>
              <w:t>Geschöpfe</w:t>
            </w:r>
            <w:proofErr w:type="spellEnd"/>
            <w:r w:rsidR="00C21CFA">
              <w:rPr>
                <w:rFonts w:ascii="Messina Sans Book" w:hAnsi="Messina Sans Book"/>
                <w:color w:val="212121"/>
                <w:sz w:val="19"/>
              </w:rPr>
              <w:t xml:space="preserve"> und </w:t>
            </w:r>
            <w:proofErr w:type="spellStart"/>
            <w:r w:rsidR="00C21CFA">
              <w:rPr>
                <w:rFonts w:ascii="Messina Sans Book" w:hAnsi="Messina Sans Book"/>
                <w:color w:val="212121"/>
                <w:sz w:val="19"/>
              </w:rPr>
              <w:t>darum</w:t>
            </w:r>
            <w:proofErr w:type="spellEnd"/>
            <w:r w:rsidR="00C21CFA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="00C21CFA">
              <w:rPr>
                <w:rFonts w:ascii="Messina Sans Book" w:hAnsi="Messina Sans Book"/>
                <w:color w:val="212121"/>
                <w:sz w:val="19"/>
              </w:rPr>
              <w:t>als</w:t>
            </w:r>
            <w:proofErr w:type="spellEnd"/>
            <w:r w:rsidR="00C21CFA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Geschwister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der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Schöpfung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  <w:p w14:paraId="33080577" w14:textId="0ACCC97A" w:rsidR="006E7116" w:rsidRDefault="00185E7B" w:rsidP="00185E7B">
            <w:pPr>
              <w:spacing w:after="0" w:line="252" w:lineRule="auto"/>
            </w:pPr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Welches Tier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magst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du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besonders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?</w:t>
            </w:r>
          </w:p>
        </w:tc>
      </w:tr>
    </w:tbl>
    <w:p w14:paraId="2CD2840C" w14:textId="77777777" w:rsidR="006E7116" w:rsidRDefault="00000000">
      <w:r>
        <w:br w:type="page"/>
      </w:r>
    </w:p>
    <w:p w14:paraId="760D981A" w14:textId="77777777" w:rsidR="00850E94" w:rsidRPr="00850E94" w:rsidRDefault="00850E94" w:rsidP="00850E94">
      <w:pPr>
        <w:spacing w:after="80"/>
        <w:jc w:val="right"/>
        <w:rPr>
          <w:rFonts w:ascii="Valizas Book" w:hAnsi="Valizas Book"/>
        </w:rPr>
      </w:pPr>
      <w:r w:rsidRPr="00850E94">
        <w:rPr>
          <w:rFonts w:ascii="Valizas Book" w:eastAsia="Valizas" w:hAnsi="Valizas Book"/>
          <w:b/>
          <w:color w:val="004133"/>
          <w:sz w:val="30"/>
        </w:rPr>
        <w:lastRenderedPageBreak/>
        <w:t xml:space="preserve">Franz von Assisi: </w:t>
      </w:r>
      <w:proofErr w:type="spellStart"/>
      <w:r w:rsidRPr="00850E94">
        <w:rPr>
          <w:rFonts w:ascii="Valizas Book" w:eastAsia="Valizas" w:hAnsi="Valizas Book"/>
          <w:b/>
          <w:color w:val="004133"/>
          <w:sz w:val="30"/>
        </w:rPr>
        <w:t>Impulskarten</w:t>
      </w:r>
      <w:proofErr w:type="spellEnd"/>
      <w:r w:rsidRPr="00850E94">
        <w:rPr>
          <w:rFonts w:ascii="Valizas Book" w:eastAsia="Valizas" w:hAnsi="Valizas Book"/>
          <w:b/>
          <w:color w:val="004133"/>
          <w:sz w:val="30"/>
        </w:rPr>
        <w:t xml:space="preserve"> </w:t>
      </w:r>
      <w:proofErr w:type="spellStart"/>
      <w:r w:rsidRPr="00850E94">
        <w:rPr>
          <w:rFonts w:ascii="Valizas Book" w:eastAsia="Valizas" w:hAnsi="Valizas Book"/>
          <w:b/>
          <w:color w:val="004133"/>
          <w:sz w:val="30"/>
        </w:rPr>
        <w:t>zum</w:t>
      </w:r>
      <w:proofErr w:type="spellEnd"/>
      <w:r w:rsidRPr="00850E94">
        <w:rPr>
          <w:rFonts w:ascii="Valizas Book" w:eastAsia="Valizas" w:hAnsi="Valizas Book"/>
          <w:b/>
          <w:color w:val="004133"/>
          <w:sz w:val="30"/>
        </w:rPr>
        <w:t xml:space="preserve"> </w:t>
      </w:r>
      <w:proofErr w:type="spellStart"/>
      <w:r w:rsidRPr="00850E94">
        <w:rPr>
          <w:rFonts w:ascii="Valizas Book" w:eastAsia="Valizas" w:hAnsi="Valizas Book"/>
          <w:b/>
          <w:color w:val="004133"/>
          <w:sz w:val="30"/>
        </w:rPr>
        <w:t>Mitnehmen</w:t>
      </w:r>
      <w:proofErr w:type="spellEnd"/>
    </w:p>
    <w:p w14:paraId="02912046" w14:textId="77777777" w:rsidR="00850E94" w:rsidRDefault="00850E94" w:rsidP="00850E94">
      <w:pPr>
        <w:spacing w:after="80"/>
        <w:jc w:val="right"/>
      </w:pPr>
    </w:p>
    <w:tbl>
      <w:tblPr>
        <w:tblW w:w="10802" w:type="dxa"/>
        <w:jc w:val="center"/>
        <w:tblCellSpacing w:w="90" w:type="dxa"/>
        <w:tblLayout w:type="fixed"/>
        <w:tblLook w:val="04A0" w:firstRow="1" w:lastRow="0" w:firstColumn="1" w:lastColumn="0" w:noHBand="0" w:noVBand="1"/>
      </w:tblPr>
      <w:tblGrid>
        <w:gridCol w:w="5401"/>
        <w:gridCol w:w="5401"/>
      </w:tblGrid>
      <w:tr w:rsidR="00850E94" w14:paraId="42DF8E75" w14:textId="77777777" w:rsidTr="004F7274">
        <w:trPr>
          <w:trHeight w:val="3203"/>
          <w:tblCellSpacing w:w="90" w:type="dxa"/>
          <w:jc w:val="center"/>
        </w:trPr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4F041F22" w14:textId="77777777" w:rsidR="00850E94" w:rsidRPr="00F1503E" w:rsidRDefault="00850E94" w:rsidP="00850E94">
            <w:pPr>
              <w:spacing w:after="80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SCHÖPFUNG</w:t>
            </w:r>
          </w:p>
          <w:p w14:paraId="6C2B4B11" w14:textId="77777777" w:rsidR="00850E94" w:rsidRPr="00F1503E" w:rsidRDefault="00850E94" w:rsidP="00850E94">
            <w:pPr>
              <w:spacing w:after="80" w:line="240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Etwas</w:t>
            </w:r>
            <w:proofErr w:type="spellEnd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wachsen</w:t>
            </w:r>
            <w:proofErr w:type="spellEnd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lassen</w:t>
            </w:r>
            <w:proofErr w:type="spellEnd"/>
          </w:p>
          <w:p w14:paraId="53EBC4B5" w14:textId="77777777" w:rsidR="00850E94" w:rsidRPr="00F1503E" w:rsidRDefault="00850E94" w:rsidP="00850E94">
            <w:pPr>
              <w:spacing w:after="100" w:line="264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Aus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einem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kleinen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Samen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kann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etwas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Großes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werden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  <w:p w14:paraId="2583D7D7" w14:textId="16E64593" w:rsidR="00850E94" w:rsidRDefault="00850E94" w:rsidP="00850E94">
            <w:pPr>
              <w:spacing w:after="0" w:line="252" w:lineRule="auto"/>
            </w:pPr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Was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braucht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ein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Mensch, um gut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zu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wachsen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?</w:t>
            </w:r>
          </w:p>
        </w:tc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14A3EE3C" w14:textId="77777777" w:rsidR="00850E94" w:rsidRPr="00F1503E" w:rsidRDefault="00850E94" w:rsidP="00850E94">
            <w:pPr>
              <w:spacing w:after="80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FRIEDEN</w:t>
            </w:r>
          </w:p>
          <w:p w14:paraId="6FF72074" w14:textId="77777777" w:rsidR="00850E94" w:rsidRPr="00F1503E" w:rsidRDefault="00850E94" w:rsidP="00850E94">
            <w:pPr>
              <w:spacing w:after="80" w:line="240" w:lineRule="auto"/>
              <w:rPr>
                <w:rFonts w:ascii="Messina Sans" w:hAnsi="Messina Sans"/>
              </w:rPr>
            </w:pPr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Ein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gutes</w:t>
            </w:r>
            <w:proofErr w:type="spellEnd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 Wort</w:t>
            </w:r>
          </w:p>
          <w:p w14:paraId="76A4E5DE" w14:textId="77777777" w:rsidR="00850E94" w:rsidRPr="00F1503E" w:rsidRDefault="00850E94" w:rsidP="00850E94">
            <w:pPr>
              <w:spacing w:after="100" w:line="264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Sag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heute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jemandem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freundliches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Wort,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einfach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so.</w:t>
            </w:r>
          </w:p>
          <w:p w14:paraId="227D7ADF" w14:textId="2F136CDC" w:rsidR="00850E94" w:rsidRDefault="00850E94" w:rsidP="00850E94">
            <w:pPr>
              <w:spacing w:after="0" w:line="252" w:lineRule="auto"/>
            </w:pP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Vielleicht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ist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es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genau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das Wort, das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gefehlt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hat.</w:t>
            </w:r>
          </w:p>
        </w:tc>
      </w:tr>
      <w:tr w:rsidR="00850E94" w14:paraId="356A4D6D" w14:textId="77777777" w:rsidTr="004F7274">
        <w:trPr>
          <w:trHeight w:val="3203"/>
          <w:tblCellSpacing w:w="90" w:type="dxa"/>
          <w:jc w:val="center"/>
        </w:trPr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3E72C2B3" w14:textId="77777777" w:rsidR="00850E94" w:rsidRPr="00F1503E" w:rsidRDefault="00850E94" w:rsidP="00850E94">
            <w:pPr>
              <w:spacing w:after="80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FRIEDEN</w:t>
            </w:r>
          </w:p>
          <w:p w14:paraId="53A43148" w14:textId="77777777" w:rsidR="00850E94" w:rsidRPr="00F1503E" w:rsidRDefault="00850E94" w:rsidP="00850E94">
            <w:pPr>
              <w:spacing w:after="80" w:line="240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Miteinander</w:t>
            </w:r>
            <w:proofErr w:type="spellEnd"/>
          </w:p>
          <w:p w14:paraId="5D037258" w14:textId="77777777" w:rsidR="00850E94" w:rsidRPr="00F1503E" w:rsidRDefault="00850E94" w:rsidP="00850E94">
            <w:pPr>
              <w:spacing w:after="100" w:line="264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Was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macht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Familie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,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Klasse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,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Gruppe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Gemeinde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friedlicher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?</w:t>
            </w:r>
          </w:p>
          <w:p w14:paraId="0071F35A" w14:textId="684675FB" w:rsidR="00850E94" w:rsidRDefault="00850E94" w:rsidP="00850E94">
            <w:pPr>
              <w:spacing w:after="0" w:line="252" w:lineRule="auto"/>
            </w:pP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Schreib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einen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Gedanken auf.</w:t>
            </w:r>
          </w:p>
        </w:tc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29104C3B" w14:textId="77777777" w:rsidR="00850E94" w:rsidRPr="00F1503E" w:rsidRDefault="00850E94" w:rsidP="00850E94">
            <w:pPr>
              <w:spacing w:after="80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FRIEDEN</w:t>
            </w:r>
          </w:p>
          <w:p w14:paraId="71494CAC" w14:textId="77777777" w:rsidR="00850E94" w:rsidRPr="00F1503E" w:rsidRDefault="00850E94" w:rsidP="00850E94">
            <w:pPr>
              <w:spacing w:after="80" w:line="240" w:lineRule="auto"/>
              <w:rPr>
                <w:rFonts w:ascii="Messina Sans" w:hAnsi="Messina Sans"/>
              </w:rPr>
            </w:pPr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Erst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atmen</w:t>
            </w:r>
            <w:proofErr w:type="spellEnd"/>
          </w:p>
          <w:p w14:paraId="240F4923" w14:textId="77777777" w:rsidR="00850E94" w:rsidRPr="00F1503E" w:rsidRDefault="00850E94" w:rsidP="00850E94">
            <w:pPr>
              <w:spacing w:after="100" w:line="264" w:lineRule="auto"/>
              <w:rPr>
                <w:rFonts w:ascii="Messina Sans Book" w:hAnsi="Messina Sans Book"/>
              </w:rPr>
            </w:pP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Wenn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dich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etwas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ärgert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: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Atme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einmal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tief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durch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, bevor du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antwortest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  <w:p w14:paraId="581B9685" w14:textId="797597DB" w:rsidR="00850E94" w:rsidRDefault="00850E94" w:rsidP="00850E94">
            <w:pPr>
              <w:spacing w:after="0" w:line="252" w:lineRule="auto"/>
            </w:pP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Manchmal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wohnt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Frieden in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einer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kleinen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Pause.</w:t>
            </w:r>
          </w:p>
        </w:tc>
      </w:tr>
      <w:tr w:rsidR="00850E94" w14:paraId="7CAAD052" w14:textId="77777777" w:rsidTr="004F7274">
        <w:trPr>
          <w:trHeight w:val="3203"/>
          <w:tblCellSpacing w:w="90" w:type="dxa"/>
          <w:jc w:val="center"/>
        </w:trPr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1E89A7D4" w14:textId="77777777" w:rsidR="00850E94" w:rsidRPr="00F1503E" w:rsidRDefault="00850E94" w:rsidP="00850E94">
            <w:pPr>
              <w:spacing w:after="80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FRIEDEN</w:t>
            </w:r>
          </w:p>
          <w:p w14:paraId="21F82FB5" w14:textId="012724D3" w:rsidR="00850E94" w:rsidRPr="00F1503E" w:rsidRDefault="00C21CFA" w:rsidP="00850E94">
            <w:pPr>
              <w:spacing w:after="80" w:line="240" w:lineRule="auto"/>
              <w:rPr>
                <w:rFonts w:ascii="Messina Sans" w:hAnsi="Messina Sans"/>
              </w:rPr>
            </w:pPr>
            <w:r>
              <w:rPr>
                <w:rFonts w:ascii="Messina Sans" w:eastAsia="Valizas" w:hAnsi="Messina Sans"/>
                <w:b/>
                <w:color w:val="004133"/>
                <w:sz w:val="28"/>
              </w:rPr>
              <w:t>“</w:t>
            </w:r>
            <w:r w:rsidR="00850E94"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Pace e bene</w:t>
            </w:r>
            <w:r>
              <w:rPr>
                <w:rFonts w:ascii="Messina Sans" w:eastAsia="Valizas" w:hAnsi="Messina Sans"/>
                <w:b/>
                <w:color w:val="004133"/>
                <w:sz w:val="28"/>
              </w:rPr>
              <w:t>”</w:t>
            </w:r>
          </w:p>
          <w:p w14:paraId="494AF55D" w14:textId="2B0F3E41" w:rsidR="00850E94" w:rsidRPr="00F1503E" w:rsidRDefault="00C21CFA" w:rsidP="00850E94">
            <w:pPr>
              <w:spacing w:after="100" w:line="264" w:lineRule="auto"/>
              <w:rPr>
                <w:rFonts w:ascii="Messina Sans Book" w:hAnsi="Messina Sans Book"/>
              </w:rPr>
            </w:pPr>
            <w:r>
              <w:rPr>
                <w:rFonts w:ascii="Messina Sans Book" w:hAnsi="Messina Sans Book"/>
                <w:color w:val="212121"/>
                <w:sz w:val="19"/>
              </w:rPr>
              <w:t>“</w:t>
            </w:r>
            <w:r w:rsidR="00850E94" w:rsidRPr="00F1503E">
              <w:rPr>
                <w:rFonts w:ascii="Messina Sans Book" w:hAnsi="Messina Sans Book"/>
                <w:color w:val="212121"/>
                <w:sz w:val="19"/>
              </w:rPr>
              <w:t>Pace e bene</w:t>
            </w:r>
            <w:r>
              <w:rPr>
                <w:rFonts w:ascii="Messina Sans Book" w:hAnsi="Messina Sans Book"/>
                <w:color w:val="212121"/>
                <w:sz w:val="19"/>
              </w:rPr>
              <w:t>”</w:t>
            </w:r>
            <w:r w:rsidR="00850E94"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="00850E94" w:rsidRPr="00F1503E">
              <w:rPr>
                <w:rFonts w:ascii="Messina Sans Book" w:hAnsi="Messina Sans Book"/>
                <w:color w:val="212121"/>
                <w:sz w:val="19"/>
              </w:rPr>
              <w:t>heißt</w:t>
            </w:r>
            <w:proofErr w:type="spellEnd"/>
            <w:r w:rsidR="00850E94" w:rsidRPr="00F1503E">
              <w:rPr>
                <w:rFonts w:ascii="Messina Sans Book" w:hAnsi="Messina Sans Book"/>
                <w:color w:val="212121"/>
                <w:sz w:val="19"/>
              </w:rPr>
              <w:t xml:space="preserve">: Frieden und </w:t>
            </w:r>
            <w:proofErr w:type="spellStart"/>
            <w:r w:rsidR="00850E94" w:rsidRPr="00F1503E">
              <w:rPr>
                <w:rFonts w:ascii="Messina Sans Book" w:hAnsi="Messina Sans Book"/>
                <w:color w:val="212121"/>
                <w:sz w:val="19"/>
              </w:rPr>
              <w:t>Gutes</w:t>
            </w:r>
            <w:proofErr w:type="spellEnd"/>
            <w:r w:rsidR="00850E94" w:rsidRPr="00F1503E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  <w:p w14:paraId="1A434826" w14:textId="5BB3DCFB" w:rsidR="00850E94" w:rsidRDefault="00850E94" w:rsidP="00850E94">
            <w:pPr>
              <w:spacing w:after="0" w:line="252" w:lineRule="auto"/>
            </w:pP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Schreib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den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Gruß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auf und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schenke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ihn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jemandem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.</w:t>
            </w:r>
          </w:p>
        </w:tc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695A1BB6" w14:textId="77777777" w:rsidR="00850E94" w:rsidRPr="00F1503E" w:rsidRDefault="00850E94" w:rsidP="00850E94">
            <w:pPr>
              <w:spacing w:after="80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FRIEDEN</w:t>
            </w:r>
          </w:p>
          <w:p w14:paraId="40E5F267" w14:textId="77777777" w:rsidR="00850E94" w:rsidRPr="00F1503E" w:rsidRDefault="00850E94" w:rsidP="00850E94">
            <w:pPr>
              <w:spacing w:after="80" w:line="240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Friedenswunsch</w:t>
            </w:r>
            <w:proofErr w:type="spellEnd"/>
          </w:p>
          <w:p w14:paraId="509138BA" w14:textId="77777777" w:rsidR="00850E94" w:rsidRPr="00F1503E" w:rsidRDefault="00850E94" w:rsidP="00850E94">
            <w:pPr>
              <w:spacing w:after="100" w:line="264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Wem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möchtest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du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heute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Frieden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wünschen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?</w:t>
            </w:r>
          </w:p>
          <w:p w14:paraId="282DB5F9" w14:textId="6E3A1335" w:rsidR="00850E94" w:rsidRDefault="00850E94" w:rsidP="00850E94">
            <w:pPr>
              <w:spacing w:after="0" w:line="252" w:lineRule="auto"/>
            </w:pP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Denk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an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diese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Person und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schick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ihr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innerlich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ein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gutes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Wort.</w:t>
            </w:r>
          </w:p>
        </w:tc>
      </w:tr>
    </w:tbl>
    <w:p w14:paraId="5E6D7F0E" w14:textId="77777777" w:rsidR="00850E94" w:rsidRDefault="00850E94" w:rsidP="00190D08">
      <w:pPr>
        <w:spacing w:after="80"/>
        <w:jc w:val="right"/>
        <w:rPr>
          <w:rFonts w:ascii="Valizas" w:eastAsia="Valizas" w:hAnsi="Valizas"/>
          <w:b/>
          <w:color w:val="004133"/>
          <w:sz w:val="30"/>
        </w:rPr>
      </w:pPr>
    </w:p>
    <w:p w14:paraId="6667F2B0" w14:textId="77777777" w:rsidR="00850E94" w:rsidRDefault="00850E94" w:rsidP="00190D08">
      <w:pPr>
        <w:spacing w:after="80"/>
        <w:jc w:val="right"/>
        <w:rPr>
          <w:rFonts w:ascii="Valizas" w:eastAsia="Valizas" w:hAnsi="Valizas"/>
          <w:b/>
          <w:color w:val="004133"/>
          <w:sz w:val="30"/>
        </w:rPr>
      </w:pPr>
    </w:p>
    <w:p w14:paraId="7E4139CC" w14:textId="77777777" w:rsidR="00850E94" w:rsidRDefault="00850E94" w:rsidP="00190D08">
      <w:pPr>
        <w:spacing w:after="80"/>
        <w:jc w:val="right"/>
        <w:rPr>
          <w:rFonts w:ascii="Valizas" w:eastAsia="Valizas" w:hAnsi="Valizas"/>
          <w:b/>
          <w:color w:val="004133"/>
          <w:sz w:val="30"/>
        </w:rPr>
      </w:pPr>
    </w:p>
    <w:p w14:paraId="41033876" w14:textId="77777777" w:rsidR="00850E94" w:rsidRDefault="00850E94" w:rsidP="00190D08">
      <w:pPr>
        <w:spacing w:after="80"/>
        <w:jc w:val="right"/>
        <w:rPr>
          <w:rFonts w:ascii="Valizas" w:eastAsia="Valizas" w:hAnsi="Valizas"/>
          <w:b/>
          <w:color w:val="004133"/>
          <w:sz w:val="30"/>
        </w:rPr>
      </w:pPr>
    </w:p>
    <w:p w14:paraId="63D59860" w14:textId="27534823" w:rsidR="00190D08" w:rsidRPr="00850E94" w:rsidRDefault="00190D08" w:rsidP="00190D08">
      <w:pPr>
        <w:spacing w:after="80"/>
        <w:jc w:val="right"/>
        <w:rPr>
          <w:rFonts w:ascii="Valizas Book" w:hAnsi="Valizas Book"/>
        </w:rPr>
      </w:pPr>
      <w:r w:rsidRPr="00850E94">
        <w:rPr>
          <w:rFonts w:ascii="Valizas Book" w:eastAsia="Valizas" w:hAnsi="Valizas Book"/>
          <w:b/>
          <w:color w:val="004133"/>
          <w:sz w:val="30"/>
        </w:rPr>
        <w:lastRenderedPageBreak/>
        <w:t xml:space="preserve">Franz von Assisi: </w:t>
      </w:r>
      <w:proofErr w:type="spellStart"/>
      <w:r w:rsidRPr="00850E94">
        <w:rPr>
          <w:rFonts w:ascii="Valizas Book" w:eastAsia="Valizas" w:hAnsi="Valizas Book"/>
          <w:b/>
          <w:color w:val="004133"/>
          <w:sz w:val="30"/>
        </w:rPr>
        <w:t>Impulskarten</w:t>
      </w:r>
      <w:proofErr w:type="spellEnd"/>
      <w:r w:rsidRPr="00850E94">
        <w:rPr>
          <w:rFonts w:ascii="Valizas Book" w:eastAsia="Valizas" w:hAnsi="Valizas Book"/>
          <w:b/>
          <w:color w:val="004133"/>
          <w:sz w:val="30"/>
        </w:rPr>
        <w:t xml:space="preserve"> </w:t>
      </w:r>
      <w:proofErr w:type="spellStart"/>
      <w:r w:rsidRPr="00850E94">
        <w:rPr>
          <w:rFonts w:ascii="Valizas Book" w:eastAsia="Valizas" w:hAnsi="Valizas Book"/>
          <w:b/>
          <w:color w:val="004133"/>
          <w:sz w:val="30"/>
        </w:rPr>
        <w:t>zum</w:t>
      </w:r>
      <w:proofErr w:type="spellEnd"/>
      <w:r w:rsidRPr="00850E94">
        <w:rPr>
          <w:rFonts w:ascii="Valizas Book" w:eastAsia="Valizas" w:hAnsi="Valizas Book"/>
          <w:b/>
          <w:color w:val="004133"/>
          <w:sz w:val="30"/>
        </w:rPr>
        <w:t xml:space="preserve"> </w:t>
      </w:r>
      <w:proofErr w:type="spellStart"/>
      <w:r w:rsidRPr="00850E94">
        <w:rPr>
          <w:rFonts w:ascii="Valizas Book" w:eastAsia="Valizas" w:hAnsi="Valizas Book"/>
          <w:b/>
          <w:color w:val="004133"/>
          <w:sz w:val="30"/>
        </w:rPr>
        <w:t>Mitnehmen</w:t>
      </w:r>
      <w:proofErr w:type="spellEnd"/>
    </w:p>
    <w:p w14:paraId="23208299" w14:textId="4F254504" w:rsidR="006E7116" w:rsidRDefault="006E7116">
      <w:pPr>
        <w:spacing w:after="80"/>
        <w:jc w:val="right"/>
      </w:pPr>
    </w:p>
    <w:tbl>
      <w:tblPr>
        <w:tblW w:w="10802" w:type="dxa"/>
        <w:jc w:val="center"/>
        <w:tblCellSpacing w:w="90" w:type="dxa"/>
        <w:tblLayout w:type="fixed"/>
        <w:tblLook w:val="04A0" w:firstRow="1" w:lastRow="0" w:firstColumn="1" w:lastColumn="0" w:noHBand="0" w:noVBand="1"/>
      </w:tblPr>
      <w:tblGrid>
        <w:gridCol w:w="5401"/>
        <w:gridCol w:w="5401"/>
      </w:tblGrid>
      <w:tr w:rsidR="00850E94" w14:paraId="242707EB" w14:textId="77777777" w:rsidTr="00614254">
        <w:trPr>
          <w:trHeight w:val="3203"/>
          <w:tblCellSpacing w:w="90" w:type="dxa"/>
          <w:jc w:val="center"/>
        </w:trPr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20F22E91" w14:textId="77777777" w:rsidR="00850E94" w:rsidRPr="00F1503E" w:rsidRDefault="00850E94" w:rsidP="00850E94">
            <w:pPr>
              <w:spacing w:after="80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FRIEDEN</w:t>
            </w:r>
          </w:p>
          <w:p w14:paraId="05F12E58" w14:textId="77777777" w:rsidR="00850E94" w:rsidRPr="00F1503E" w:rsidRDefault="00850E94" w:rsidP="00850E94">
            <w:pPr>
              <w:spacing w:after="80" w:line="240" w:lineRule="auto"/>
              <w:rPr>
                <w:rFonts w:ascii="Messina Sans" w:hAnsi="Messina Sans"/>
              </w:rPr>
            </w:pPr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Kleines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Lächeln</w:t>
            </w:r>
            <w:proofErr w:type="spellEnd"/>
          </w:p>
          <w:p w14:paraId="108BAC41" w14:textId="77777777" w:rsidR="00850E94" w:rsidRPr="00F1503E" w:rsidRDefault="00850E94" w:rsidP="00850E94">
            <w:pPr>
              <w:spacing w:after="100" w:line="264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Ein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Lächeln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ist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klein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,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kann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aber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groß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weiterwirken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  <w:p w14:paraId="6BF3B619" w14:textId="595BFBA0" w:rsidR="00850E94" w:rsidRDefault="00850E94" w:rsidP="00850E94">
            <w:pPr>
              <w:spacing w:after="0" w:line="252" w:lineRule="auto"/>
            </w:pP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Verschenke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heute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eins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.</w:t>
            </w:r>
          </w:p>
        </w:tc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38D103F0" w14:textId="77777777" w:rsidR="00850E94" w:rsidRPr="00F1503E" w:rsidRDefault="00850E94" w:rsidP="00850E94">
            <w:pPr>
              <w:spacing w:after="80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EINFACHHEIT</w:t>
            </w:r>
          </w:p>
          <w:p w14:paraId="4590EDB9" w14:textId="77777777" w:rsidR="00850E94" w:rsidRPr="00F1503E" w:rsidRDefault="00850E94" w:rsidP="00850E94">
            <w:pPr>
              <w:spacing w:after="80" w:line="240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Weniger</w:t>
            </w:r>
            <w:proofErr w:type="spellEnd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Lärm</w:t>
            </w:r>
            <w:proofErr w:type="spellEnd"/>
          </w:p>
          <w:p w14:paraId="63FC9C62" w14:textId="77777777" w:rsidR="00850E94" w:rsidRPr="00F1503E" w:rsidRDefault="00850E94" w:rsidP="00850E94">
            <w:pPr>
              <w:spacing w:after="100" w:line="264" w:lineRule="auto"/>
              <w:rPr>
                <w:rFonts w:ascii="Messina Sans Book" w:hAnsi="Messina Sans Book"/>
              </w:rPr>
            </w:pP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Suche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für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Moment die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Stille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  <w:p w14:paraId="445C4DF2" w14:textId="6D08550F" w:rsidR="00850E94" w:rsidRDefault="00850E94" w:rsidP="00850E94">
            <w:pPr>
              <w:spacing w:after="0" w:line="252" w:lineRule="auto"/>
            </w:pPr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Was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hörst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du,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wenn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es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ruhiger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wird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?</w:t>
            </w:r>
          </w:p>
        </w:tc>
      </w:tr>
      <w:tr w:rsidR="00850E94" w14:paraId="52C1E2C8" w14:textId="77777777" w:rsidTr="00614254">
        <w:trPr>
          <w:trHeight w:val="3203"/>
          <w:tblCellSpacing w:w="90" w:type="dxa"/>
          <w:jc w:val="center"/>
        </w:trPr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7237152F" w14:textId="77777777" w:rsidR="00850E94" w:rsidRPr="00F1503E" w:rsidRDefault="00850E94" w:rsidP="00850E94">
            <w:pPr>
              <w:spacing w:after="80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EINFACHHEIT</w:t>
            </w:r>
          </w:p>
          <w:p w14:paraId="4634A250" w14:textId="77777777" w:rsidR="00850E94" w:rsidRPr="00F1503E" w:rsidRDefault="00850E94" w:rsidP="00850E94">
            <w:pPr>
              <w:spacing w:after="80" w:line="240" w:lineRule="auto"/>
              <w:rPr>
                <w:rFonts w:ascii="Messina Sans" w:hAnsi="Messina Sans"/>
              </w:rPr>
            </w:pPr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Mein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kleines</w:t>
            </w:r>
            <w:proofErr w:type="spellEnd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Lieblingsding</w:t>
            </w:r>
            <w:proofErr w:type="spellEnd"/>
          </w:p>
          <w:p w14:paraId="6C43A2D0" w14:textId="77777777" w:rsidR="00850E94" w:rsidRPr="00F1503E" w:rsidRDefault="00850E94" w:rsidP="00850E94">
            <w:pPr>
              <w:spacing w:after="100" w:line="264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Such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dir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kleines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Ding: Stein, Feder, Blatt, Wort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Bild.</w:t>
            </w:r>
          </w:p>
          <w:p w14:paraId="0E9EF635" w14:textId="79C9F7E6" w:rsidR="00850E94" w:rsidRDefault="00850E94" w:rsidP="00850E94">
            <w:pPr>
              <w:spacing w:after="0" w:line="252" w:lineRule="auto"/>
            </w:pP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Warum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gefällt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es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dir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?</w:t>
            </w:r>
          </w:p>
        </w:tc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543839F3" w14:textId="77777777" w:rsidR="00850E94" w:rsidRPr="00F1503E" w:rsidRDefault="00850E94" w:rsidP="00850E94">
            <w:pPr>
              <w:spacing w:after="80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EINFACHHEIT</w:t>
            </w:r>
          </w:p>
          <w:p w14:paraId="0C1401D0" w14:textId="77777777" w:rsidR="00850E94" w:rsidRPr="00F1503E" w:rsidRDefault="00850E94" w:rsidP="00850E94">
            <w:pPr>
              <w:spacing w:after="80" w:line="240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Langsam</w:t>
            </w:r>
            <w:proofErr w:type="spellEnd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gehen</w:t>
            </w:r>
            <w:proofErr w:type="spellEnd"/>
          </w:p>
          <w:p w14:paraId="76963691" w14:textId="77777777" w:rsidR="00850E94" w:rsidRPr="00F1503E" w:rsidRDefault="00850E94" w:rsidP="00850E94">
            <w:pPr>
              <w:spacing w:after="100" w:line="264" w:lineRule="auto"/>
              <w:rPr>
                <w:rFonts w:ascii="Messina Sans Book" w:hAnsi="Messina Sans Book"/>
              </w:rPr>
            </w:pP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Geh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paar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Schritte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langsamer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als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sonst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  <w:p w14:paraId="16122FD6" w14:textId="7BB846BE" w:rsidR="00850E94" w:rsidRDefault="00850E94" w:rsidP="00850E94">
            <w:pPr>
              <w:spacing w:after="0" w:line="252" w:lineRule="auto"/>
            </w:pPr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Was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bemerkst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du, das du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sonst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übersiehst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?</w:t>
            </w:r>
          </w:p>
        </w:tc>
      </w:tr>
      <w:tr w:rsidR="00850E94" w14:paraId="51C74783" w14:textId="77777777" w:rsidTr="00614254">
        <w:trPr>
          <w:trHeight w:val="3203"/>
          <w:tblCellSpacing w:w="90" w:type="dxa"/>
          <w:jc w:val="center"/>
        </w:trPr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677EE0C8" w14:textId="77777777" w:rsidR="00850E94" w:rsidRPr="00F1503E" w:rsidRDefault="00850E94" w:rsidP="00850E94">
            <w:pPr>
              <w:spacing w:after="80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EINFACHHEIT</w:t>
            </w:r>
          </w:p>
          <w:p w14:paraId="098238F1" w14:textId="77777777" w:rsidR="00850E94" w:rsidRPr="00F1503E" w:rsidRDefault="00850E94" w:rsidP="00850E94">
            <w:pPr>
              <w:spacing w:after="80" w:line="240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Einfach</w:t>
            </w:r>
            <w:proofErr w:type="spellEnd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schön</w:t>
            </w:r>
            <w:proofErr w:type="spellEnd"/>
          </w:p>
          <w:p w14:paraId="63CF38AF" w14:textId="77777777" w:rsidR="00850E94" w:rsidRPr="00F1503E" w:rsidRDefault="00850E94" w:rsidP="00850E94">
            <w:pPr>
              <w:spacing w:after="100" w:line="264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Was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kostet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nichts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und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macht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dich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trotzdem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froh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?</w:t>
            </w:r>
          </w:p>
          <w:p w14:paraId="3830BB30" w14:textId="1FBE8830" w:rsidR="00850E94" w:rsidRDefault="00850E94" w:rsidP="00850E94">
            <w:pPr>
              <w:spacing w:after="0" w:line="252" w:lineRule="auto"/>
            </w:pP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Sammle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drei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einfache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Freuden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.</w:t>
            </w:r>
          </w:p>
        </w:tc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6B7B6184" w14:textId="77777777" w:rsidR="00850E94" w:rsidRPr="00F1503E" w:rsidRDefault="00850E94" w:rsidP="00850E94">
            <w:pPr>
              <w:spacing w:after="80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EINFACHHEIT</w:t>
            </w:r>
          </w:p>
          <w:p w14:paraId="7758FB1D" w14:textId="77777777" w:rsidR="00850E94" w:rsidRPr="00F1503E" w:rsidRDefault="00850E94" w:rsidP="00850E94">
            <w:pPr>
              <w:spacing w:after="80" w:line="240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Ablenkung</w:t>
            </w:r>
            <w:proofErr w:type="spellEnd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aus</w:t>
            </w:r>
            <w:proofErr w:type="spellEnd"/>
          </w:p>
          <w:p w14:paraId="2BA6729C" w14:textId="77777777" w:rsidR="00850E94" w:rsidRPr="00F1503E" w:rsidRDefault="00850E94" w:rsidP="00850E94">
            <w:pPr>
              <w:spacing w:after="100" w:line="264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Leg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etwas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weg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, das dich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ablenkt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  <w:p w14:paraId="77D216F2" w14:textId="2B8793E1" w:rsidR="00850E94" w:rsidRDefault="00850E94" w:rsidP="00850E94">
            <w:pPr>
              <w:spacing w:after="0" w:line="252" w:lineRule="auto"/>
            </w:pPr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Was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entdeckst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du in der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Stille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?</w:t>
            </w:r>
          </w:p>
        </w:tc>
      </w:tr>
    </w:tbl>
    <w:p w14:paraId="693CC385" w14:textId="77777777" w:rsidR="006E7116" w:rsidRDefault="00000000">
      <w:r>
        <w:br w:type="page"/>
      </w:r>
    </w:p>
    <w:p w14:paraId="7B431DC0" w14:textId="77777777" w:rsidR="00190D08" w:rsidRPr="00850E94" w:rsidRDefault="00190D08" w:rsidP="00190D08">
      <w:pPr>
        <w:spacing w:after="80"/>
        <w:jc w:val="right"/>
        <w:rPr>
          <w:rFonts w:ascii="Valizas Book" w:eastAsia="Valizas" w:hAnsi="Valizas Book"/>
          <w:b/>
          <w:color w:val="004133"/>
          <w:sz w:val="30"/>
        </w:rPr>
      </w:pPr>
      <w:r w:rsidRPr="00850E94">
        <w:rPr>
          <w:rFonts w:ascii="Valizas Book" w:eastAsia="Valizas" w:hAnsi="Valizas Book"/>
          <w:b/>
          <w:color w:val="004133"/>
          <w:sz w:val="30"/>
        </w:rPr>
        <w:lastRenderedPageBreak/>
        <w:t xml:space="preserve">Franz von Assisi: </w:t>
      </w:r>
      <w:proofErr w:type="spellStart"/>
      <w:r w:rsidRPr="00850E94">
        <w:rPr>
          <w:rFonts w:ascii="Valizas Book" w:eastAsia="Valizas" w:hAnsi="Valizas Book"/>
          <w:b/>
          <w:color w:val="004133"/>
          <w:sz w:val="30"/>
        </w:rPr>
        <w:t>Impulskarten</w:t>
      </w:r>
      <w:proofErr w:type="spellEnd"/>
      <w:r w:rsidRPr="00850E94">
        <w:rPr>
          <w:rFonts w:ascii="Valizas Book" w:eastAsia="Valizas" w:hAnsi="Valizas Book"/>
          <w:b/>
          <w:color w:val="004133"/>
          <w:sz w:val="30"/>
        </w:rPr>
        <w:t xml:space="preserve"> </w:t>
      </w:r>
      <w:proofErr w:type="spellStart"/>
      <w:r w:rsidRPr="00850E94">
        <w:rPr>
          <w:rFonts w:ascii="Valizas Book" w:eastAsia="Valizas" w:hAnsi="Valizas Book"/>
          <w:b/>
          <w:color w:val="004133"/>
          <w:sz w:val="30"/>
        </w:rPr>
        <w:t>zum</w:t>
      </w:r>
      <w:proofErr w:type="spellEnd"/>
      <w:r w:rsidRPr="00850E94">
        <w:rPr>
          <w:rFonts w:ascii="Valizas Book" w:eastAsia="Valizas" w:hAnsi="Valizas Book"/>
          <w:b/>
          <w:color w:val="004133"/>
          <w:sz w:val="30"/>
        </w:rPr>
        <w:t xml:space="preserve"> </w:t>
      </w:r>
      <w:proofErr w:type="spellStart"/>
      <w:r w:rsidRPr="00850E94">
        <w:rPr>
          <w:rFonts w:ascii="Valizas Book" w:eastAsia="Valizas" w:hAnsi="Valizas Book"/>
          <w:b/>
          <w:color w:val="004133"/>
          <w:sz w:val="30"/>
        </w:rPr>
        <w:t>Mitnehmen</w:t>
      </w:r>
      <w:proofErr w:type="spellEnd"/>
    </w:p>
    <w:p w14:paraId="5D1C7D74" w14:textId="77777777" w:rsidR="00850E94" w:rsidRDefault="00850E94" w:rsidP="00190D08">
      <w:pPr>
        <w:spacing w:after="80"/>
        <w:jc w:val="right"/>
      </w:pPr>
    </w:p>
    <w:tbl>
      <w:tblPr>
        <w:tblW w:w="10802" w:type="dxa"/>
        <w:jc w:val="center"/>
        <w:tblCellSpacing w:w="90" w:type="dxa"/>
        <w:tblLayout w:type="fixed"/>
        <w:tblLook w:val="04A0" w:firstRow="1" w:lastRow="0" w:firstColumn="1" w:lastColumn="0" w:noHBand="0" w:noVBand="1"/>
      </w:tblPr>
      <w:tblGrid>
        <w:gridCol w:w="5401"/>
        <w:gridCol w:w="5401"/>
      </w:tblGrid>
      <w:tr w:rsidR="00850E94" w14:paraId="11313E2A" w14:textId="77777777" w:rsidTr="00190D08">
        <w:trPr>
          <w:trHeight w:val="3203"/>
          <w:tblCellSpacing w:w="90" w:type="dxa"/>
          <w:jc w:val="center"/>
        </w:trPr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2DED7860" w14:textId="77777777" w:rsidR="00850E94" w:rsidRDefault="00850E94" w:rsidP="00850E94">
            <w:pPr>
              <w:spacing w:after="80"/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EINFACHHEIT</w:t>
            </w:r>
          </w:p>
          <w:p w14:paraId="0A2FCFFF" w14:textId="77777777" w:rsidR="00850E94" w:rsidRPr="00F1503E" w:rsidRDefault="00850E94" w:rsidP="00850E94">
            <w:pPr>
              <w:spacing w:after="80" w:line="240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Drei</w:t>
            </w:r>
            <w:proofErr w:type="spellEnd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Atemzüge</w:t>
            </w:r>
            <w:proofErr w:type="spellEnd"/>
          </w:p>
          <w:p w14:paraId="674B2A4C" w14:textId="77777777" w:rsidR="00850E94" w:rsidRPr="00F1503E" w:rsidRDefault="00850E94" w:rsidP="00850E94">
            <w:pPr>
              <w:spacing w:after="100" w:line="264" w:lineRule="auto"/>
              <w:rPr>
                <w:rFonts w:ascii="Messina Sans Book" w:hAnsi="Messina Sans Book"/>
              </w:rPr>
            </w:pP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Atme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dreimal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ruhig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und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aus.</w:t>
            </w:r>
            <w:proofErr w:type="spellEnd"/>
          </w:p>
          <w:p w14:paraId="29624BDE" w14:textId="49A29C72" w:rsidR="00850E94" w:rsidRDefault="00850E94" w:rsidP="00850E94">
            <w:pPr>
              <w:spacing w:after="0" w:line="252" w:lineRule="auto"/>
            </w:pPr>
            <w:proofErr w:type="spellStart"/>
            <w:r>
              <w:rPr>
                <w:color w:val="004133"/>
                <w:sz w:val="16"/>
              </w:rPr>
              <w:t>Denk</w:t>
            </w:r>
            <w:proofErr w:type="spellEnd"/>
            <w:r>
              <w:rPr>
                <w:color w:val="004133"/>
                <w:sz w:val="16"/>
              </w:rPr>
              <w:t xml:space="preserve"> </w:t>
            </w:r>
            <w:proofErr w:type="spellStart"/>
            <w:r>
              <w:rPr>
                <w:color w:val="004133"/>
                <w:sz w:val="16"/>
              </w:rPr>
              <w:t>dabei</w:t>
            </w:r>
            <w:proofErr w:type="spellEnd"/>
            <w:r>
              <w:rPr>
                <w:color w:val="004133"/>
                <w:sz w:val="16"/>
              </w:rPr>
              <w:t xml:space="preserve"> an </w:t>
            </w:r>
            <w:proofErr w:type="spellStart"/>
            <w:r>
              <w:rPr>
                <w:color w:val="004133"/>
                <w:sz w:val="16"/>
              </w:rPr>
              <w:t>etwas</w:t>
            </w:r>
            <w:proofErr w:type="spellEnd"/>
            <w:r>
              <w:rPr>
                <w:color w:val="004133"/>
                <w:sz w:val="16"/>
              </w:rPr>
              <w:t xml:space="preserve">, </w:t>
            </w:r>
            <w:proofErr w:type="spellStart"/>
            <w:r>
              <w:rPr>
                <w:color w:val="004133"/>
                <w:sz w:val="16"/>
              </w:rPr>
              <w:t>wofür</w:t>
            </w:r>
            <w:proofErr w:type="spellEnd"/>
            <w:r>
              <w:rPr>
                <w:color w:val="004133"/>
                <w:sz w:val="16"/>
              </w:rPr>
              <w:t xml:space="preserve"> du </w:t>
            </w:r>
            <w:proofErr w:type="spellStart"/>
            <w:r>
              <w:rPr>
                <w:color w:val="004133"/>
                <w:sz w:val="16"/>
              </w:rPr>
              <w:t>dankbar</w:t>
            </w:r>
            <w:proofErr w:type="spellEnd"/>
            <w:r>
              <w:rPr>
                <w:color w:val="004133"/>
                <w:sz w:val="16"/>
              </w:rPr>
              <w:t xml:space="preserve"> </w:t>
            </w:r>
            <w:proofErr w:type="spellStart"/>
            <w:r>
              <w:rPr>
                <w:color w:val="004133"/>
                <w:sz w:val="16"/>
              </w:rPr>
              <w:t>bis</w:t>
            </w:r>
            <w:r w:rsidRPr="00F1503E">
              <w:rPr>
                <w:rFonts w:ascii="Messina Sans Book" w:hAnsi="Messina Sans Book"/>
                <w:color w:val="004133"/>
                <w:sz w:val="16"/>
              </w:rPr>
              <w:t>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.</w:t>
            </w:r>
          </w:p>
        </w:tc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7E589E66" w14:textId="77777777" w:rsidR="00850E94" w:rsidRPr="00F1503E" w:rsidRDefault="00850E94" w:rsidP="00850E94">
            <w:pPr>
              <w:spacing w:after="80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TEILEN</w:t>
            </w:r>
          </w:p>
          <w:p w14:paraId="28C198DB" w14:textId="77777777" w:rsidR="00850E94" w:rsidRPr="00F1503E" w:rsidRDefault="00850E94" w:rsidP="00850E94">
            <w:pPr>
              <w:spacing w:after="80" w:line="240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Weitergeben</w:t>
            </w:r>
            <w:proofErr w:type="spellEnd"/>
          </w:p>
          <w:p w14:paraId="2611CF52" w14:textId="77777777" w:rsidR="00850E94" w:rsidRPr="00F1503E" w:rsidRDefault="00850E94" w:rsidP="00850E94">
            <w:pPr>
              <w:spacing w:after="100" w:line="264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Was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brauchst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du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nicht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mehr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, das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jemand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anderem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Freude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machen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könnte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?</w:t>
            </w:r>
          </w:p>
          <w:p w14:paraId="11C016A4" w14:textId="144B3464" w:rsidR="00850E94" w:rsidRDefault="00850E94" w:rsidP="00850E94">
            <w:pPr>
              <w:spacing w:after="0" w:line="252" w:lineRule="auto"/>
            </w:pP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Vielleicht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darf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es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weiterwandern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.</w:t>
            </w:r>
          </w:p>
        </w:tc>
      </w:tr>
      <w:tr w:rsidR="00850E94" w14:paraId="757AE47B" w14:textId="77777777" w:rsidTr="00190D08">
        <w:trPr>
          <w:trHeight w:val="3203"/>
          <w:tblCellSpacing w:w="90" w:type="dxa"/>
          <w:jc w:val="center"/>
        </w:trPr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52F91A49" w14:textId="77777777" w:rsidR="00850E94" w:rsidRPr="00F1503E" w:rsidRDefault="00850E94" w:rsidP="00850E94">
            <w:pPr>
              <w:spacing w:after="80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TEILEN</w:t>
            </w:r>
          </w:p>
          <w:p w14:paraId="39724CD8" w14:textId="77777777" w:rsidR="00850E94" w:rsidRPr="00F1503E" w:rsidRDefault="00850E94" w:rsidP="00850E94">
            <w:pPr>
              <w:spacing w:after="80" w:line="240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Hilfe</w:t>
            </w:r>
            <w:proofErr w:type="spellEnd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sehen</w:t>
            </w:r>
            <w:proofErr w:type="spellEnd"/>
          </w:p>
          <w:p w14:paraId="70FACAA4" w14:textId="77777777" w:rsidR="00850E94" w:rsidRPr="00F1503E" w:rsidRDefault="00850E94" w:rsidP="00850E94">
            <w:pPr>
              <w:spacing w:after="100" w:line="264" w:lineRule="auto"/>
              <w:rPr>
                <w:rFonts w:ascii="Messina Sans Book" w:hAnsi="Messina Sans Book"/>
              </w:rPr>
            </w:pP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Schau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dich um: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Wer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könnte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heute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bisschen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Hilfe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gebrauchen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?</w:t>
            </w:r>
          </w:p>
          <w:p w14:paraId="0C454ECD" w14:textId="603CDD0D" w:rsidR="00850E94" w:rsidRDefault="00850E94" w:rsidP="00850E94">
            <w:pPr>
              <w:spacing w:after="0" w:line="252" w:lineRule="auto"/>
            </w:pPr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Was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könntest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du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anbieten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?</w:t>
            </w:r>
          </w:p>
        </w:tc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19F93615" w14:textId="77777777" w:rsidR="00850E94" w:rsidRPr="00F1503E" w:rsidRDefault="00850E94" w:rsidP="00850E94">
            <w:pPr>
              <w:spacing w:after="80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TEILEN</w:t>
            </w:r>
          </w:p>
          <w:p w14:paraId="089C8EDC" w14:textId="77777777" w:rsidR="00850E94" w:rsidRPr="00F1503E" w:rsidRDefault="00850E94" w:rsidP="00850E94">
            <w:pPr>
              <w:spacing w:after="80" w:line="240" w:lineRule="auto"/>
              <w:rPr>
                <w:rFonts w:ascii="Messina Sans" w:hAnsi="Messina Sans"/>
              </w:rPr>
            </w:pPr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Guter Wunsch</w:t>
            </w:r>
          </w:p>
          <w:p w14:paraId="79214F7B" w14:textId="77777777" w:rsidR="00850E94" w:rsidRPr="00F1503E" w:rsidRDefault="00850E94" w:rsidP="00850E94">
            <w:pPr>
              <w:spacing w:after="100" w:line="264" w:lineRule="auto"/>
              <w:rPr>
                <w:rFonts w:ascii="Messina Sans Book" w:hAnsi="Messina Sans Book"/>
              </w:rPr>
            </w:pP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Verschenke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heute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Wunsch der von Herzen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kommt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  <w:p w14:paraId="25277331" w14:textId="0DF31F6B" w:rsidR="00850E94" w:rsidRDefault="00850E94" w:rsidP="00850E94">
            <w:pPr>
              <w:spacing w:after="0" w:line="252" w:lineRule="auto"/>
            </w:pP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Zum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Beispiel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: Frieden und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Gutes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für dich.</w:t>
            </w:r>
          </w:p>
        </w:tc>
      </w:tr>
      <w:tr w:rsidR="00850E94" w14:paraId="5D63663D" w14:textId="77777777" w:rsidTr="00190D08">
        <w:trPr>
          <w:trHeight w:val="3203"/>
          <w:tblCellSpacing w:w="90" w:type="dxa"/>
          <w:jc w:val="center"/>
        </w:trPr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4308F78E" w14:textId="77777777" w:rsidR="00850E94" w:rsidRPr="00F1503E" w:rsidRDefault="00850E94" w:rsidP="00850E94">
            <w:pPr>
              <w:spacing w:after="80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TEILEN</w:t>
            </w:r>
          </w:p>
          <w:p w14:paraId="4A0DD874" w14:textId="77777777" w:rsidR="00850E94" w:rsidRPr="00F1503E" w:rsidRDefault="00850E94" w:rsidP="00850E94">
            <w:pPr>
              <w:spacing w:after="80" w:line="240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Buchtipp</w:t>
            </w:r>
            <w:proofErr w:type="spellEnd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schenken</w:t>
            </w:r>
            <w:proofErr w:type="spellEnd"/>
          </w:p>
          <w:p w14:paraId="1035BA21" w14:textId="77777777" w:rsidR="00850E94" w:rsidRPr="00F1503E" w:rsidRDefault="00850E94" w:rsidP="00850E94">
            <w:pPr>
              <w:spacing w:after="100" w:line="264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Welches Buch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würdest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du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jemandem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empfehlen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?</w:t>
            </w:r>
          </w:p>
          <w:p w14:paraId="41876438" w14:textId="78322B3F" w:rsidR="00850E94" w:rsidRDefault="00850E94" w:rsidP="00850E94">
            <w:pPr>
              <w:spacing w:after="0" w:line="252" w:lineRule="auto"/>
            </w:pP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Schreib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den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Titel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auf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Karte.</w:t>
            </w:r>
          </w:p>
        </w:tc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37B216FC" w14:textId="77777777" w:rsidR="00850E94" w:rsidRPr="00F1503E" w:rsidRDefault="00850E94" w:rsidP="00850E94">
            <w:pPr>
              <w:spacing w:after="80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TEILEN</w:t>
            </w:r>
          </w:p>
          <w:p w14:paraId="46288834" w14:textId="77777777" w:rsidR="00850E94" w:rsidRPr="00F1503E" w:rsidRDefault="00850E94" w:rsidP="00850E94">
            <w:pPr>
              <w:spacing w:after="80" w:line="240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Etwas</w:t>
            </w:r>
            <w:proofErr w:type="spellEnd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teilen</w:t>
            </w:r>
            <w:proofErr w:type="spellEnd"/>
          </w:p>
          <w:p w14:paraId="1BFE17BF" w14:textId="77777777" w:rsidR="00850E94" w:rsidRPr="00F1503E" w:rsidRDefault="00850E94" w:rsidP="00850E94">
            <w:pPr>
              <w:spacing w:after="100" w:line="264" w:lineRule="auto"/>
              <w:rPr>
                <w:rFonts w:ascii="Messina Sans Book" w:hAnsi="Messina Sans Book"/>
              </w:rPr>
            </w:pP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Teile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heute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etwas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Kleines: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deine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Zeit,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Spiel,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Stift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,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Idee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Lächeln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  <w:p w14:paraId="40A6E31B" w14:textId="0A3D27CF" w:rsidR="00850E94" w:rsidRDefault="00850E94" w:rsidP="00850E94">
            <w:pPr>
              <w:spacing w:after="0" w:line="252" w:lineRule="auto"/>
            </w:pPr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Es </w:t>
            </w:r>
            <w:proofErr w:type="spellStart"/>
            <w:r w:rsidR="00C21CFA">
              <w:rPr>
                <w:rFonts w:ascii="Messina Sans Book" w:hAnsi="Messina Sans Book"/>
                <w:color w:val="004133"/>
                <w:sz w:val="16"/>
              </w:rPr>
              <w:t>braucht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nichts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="00C21CFA">
              <w:rPr>
                <w:rFonts w:ascii="Messina Sans Book" w:hAnsi="Messina Sans Book"/>
                <w:color w:val="004133"/>
                <w:sz w:val="16"/>
              </w:rPr>
              <w:t>G</w:t>
            </w:r>
            <w:r w:rsidRPr="00F1503E">
              <w:rPr>
                <w:rFonts w:ascii="Messina Sans Book" w:hAnsi="Messina Sans Book"/>
                <w:color w:val="004133"/>
                <w:sz w:val="16"/>
              </w:rPr>
              <w:t>roßes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, um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Freude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zu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schenken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.</w:t>
            </w:r>
          </w:p>
        </w:tc>
      </w:tr>
    </w:tbl>
    <w:p w14:paraId="49560D6C" w14:textId="77777777" w:rsidR="006E7116" w:rsidRDefault="00000000">
      <w:r>
        <w:br w:type="page"/>
      </w:r>
    </w:p>
    <w:p w14:paraId="25A52225" w14:textId="77777777" w:rsidR="00190D08" w:rsidRPr="00850E94" w:rsidRDefault="00190D08" w:rsidP="00190D08">
      <w:pPr>
        <w:spacing w:after="80"/>
        <w:jc w:val="right"/>
        <w:rPr>
          <w:rFonts w:ascii="Valizas Book" w:eastAsia="Valizas" w:hAnsi="Valizas Book"/>
          <w:b/>
          <w:color w:val="004133"/>
          <w:sz w:val="30"/>
        </w:rPr>
      </w:pPr>
      <w:r w:rsidRPr="00850E94">
        <w:rPr>
          <w:rFonts w:ascii="Valizas Book" w:eastAsia="Valizas" w:hAnsi="Valizas Book"/>
          <w:b/>
          <w:color w:val="004133"/>
          <w:sz w:val="30"/>
        </w:rPr>
        <w:lastRenderedPageBreak/>
        <w:t xml:space="preserve">Franz von Assisi: </w:t>
      </w:r>
      <w:proofErr w:type="spellStart"/>
      <w:r w:rsidRPr="00850E94">
        <w:rPr>
          <w:rFonts w:ascii="Valizas Book" w:eastAsia="Valizas" w:hAnsi="Valizas Book"/>
          <w:b/>
          <w:color w:val="004133"/>
          <w:sz w:val="30"/>
        </w:rPr>
        <w:t>Impulskarten</w:t>
      </w:r>
      <w:proofErr w:type="spellEnd"/>
      <w:r w:rsidRPr="00850E94">
        <w:rPr>
          <w:rFonts w:ascii="Valizas Book" w:eastAsia="Valizas" w:hAnsi="Valizas Book"/>
          <w:b/>
          <w:color w:val="004133"/>
          <w:sz w:val="30"/>
        </w:rPr>
        <w:t xml:space="preserve"> </w:t>
      </w:r>
      <w:proofErr w:type="spellStart"/>
      <w:r w:rsidRPr="00850E94">
        <w:rPr>
          <w:rFonts w:ascii="Valizas Book" w:eastAsia="Valizas" w:hAnsi="Valizas Book"/>
          <w:b/>
          <w:color w:val="004133"/>
          <w:sz w:val="30"/>
        </w:rPr>
        <w:t>zum</w:t>
      </w:r>
      <w:proofErr w:type="spellEnd"/>
      <w:r w:rsidRPr="00850E94">
        <w:rPr>
          <w:rFonts w:ascii="Valizas Book" w:eastAsia="Valizas" w:hAnsi="Valizas Book"/>
          <w:b/>
          <w:color w:val="004133"/>
          <w:sz w:val="30"/>
        </w:rPr>
        <w:t xml:space="preserve"> </w:t>
      </w:r>
      <w:proofErr w:type="spellStart"/>
      <w:r w:rsidRPr="00850E94">
        <w:rPr>
          <w:rFonts w:ascii="Valizas Book" w:eastAsia="Valizas" w:hAnsi="Valizas Book"/>
          <w:b/>
          <w:color w:val="004133"/>
          <w:sz w:val="30"/>
        </w:rPr>
        <w:t>Mitnehmen</w:t>
      </w:r>
      <w:proofErr w:type="spellEnd"/>
    </w:p>
    <w:p w14:paraId="5D4E4C89" w14:textId="77777777" w:rsidR="00850E94" w:rsidRDefault="00850E94" w:rsidP="00190D08">
      <w:pPr>
        <w:spacing w:after="80"/>
        <w:jc w:val="right"/>
      </w:pPr>
    </w:p>
    <w:tbl>
      <w:tblPr>
        <w:tblW w:w="10802" w:type="dxa"/>
        <w:jc w:val="center"/>
        <w:tblCellSpacing w:w="90" w:type="dxa"/>
        <w:tblLayout w:type="fixed"/>
        <w:tblLook w:val="04A0" w:firstRow="1" w:lastRow="0" w:firstColumn="1" w:lastColumn="0" w:noHBand="0" w:noVBand="1"/>
      </w:tblPr>
      <w:tblGrid>
        <w:gridCol w:w="5401"/>
        <w:gridCol w:w="5401"/>
      </w:tblGrid>
      <w:tr w:rsidR="00850E94" w14:paraId="272791B2" w14:textId="77777777" w:rsidTr="00190D08">
        <w:trPr>
          <w:trHeight w:val="3203"/>
          <w:tblCellSpacing w:w="90" w:type="dxa"/>
          <w:jc w:val="center"/>
        </w:trPr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5828A856" w14:textId="77777777" w:rsidR="00850E94" w:rsidRPr="00F1503E" w:rsidRDefault="00850E94" w:rsidP="00850E94">
            <w:pPr>
              <w:spacing w:after="80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TEILEN</w:t>
            </w:r>
          </w:p>
          <w:p w14:paraId="2ACEBECA" w14:textId="77777777" w:rsidR="00850E94" w:rsidRPr="00F1503E" w:rsidRDefault="00850E94" w:rsidP="00850E94">
            <w:pPr>
              <w:spacing w:after="80" w:line="240" w:lineRule="auto"/>
              <w:rPr>
                <w:rFonts w:ascii="Messina Sans" w:hAnsi="Messina Sans"/>
              </w:rPr>
            </w:pPr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Aus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meins</w:t>
            </w:r>
            <w:proofErr w:type="spellEnd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wird</w:t>
            </w:r>
            <w:proofErr w:type="spellEnd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unseres</w:t>
            </w:r>
            <w:proofErr w:type="spellEnd"/>
          </w:p>
          <w:p w14:paraId="587A132A" w14:textId="77777777" w:rsidR="00850E94" w:rsidRPr="00F1503E" w:rsidRDefault="00850E94" w:rsidP="00850E94">
            <w:pPr>
              <w:spacing w:after="100" w:line="264" w:lineRule="auto"/>
              <w:rPr>
                <w:rFonts w:ascii="Messina Sans Book" w:hAnsi="Messina Sans Book"/>
              </w:rPr>
            </w:pP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Teilen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macht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Freude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,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auch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wenn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das, was du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teilst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noch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so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klein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ist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. </w:t>
            </w:r>
          </w:p>
          <w:p w14:paraId="7A6C0839" w14:textId="5E3E0C8B" w:rsidR="00850E94" w:rsidRDefault="00850E94" w:rsidP="00850E94">
            <w:pPr>
              <w:spacing w:after="0" w:line="252" w:lineRule="auto"/>
            </w:pP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Wann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hast du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zuletzt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geteilt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?</w:t>
            </w:r>
          </w:p>
        </w:tc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0D742BFB" w14:textId="77777777" w:rsidR="00850E94" w:rsidRPr="00F1503E" w:rsidRDefault="00850E94" w:rsidP="00850E94">
            <w:pPr>
              <w:spacing w:after="80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TEILEN</w:t>
            </w:r>
          </w:p>
          <w:p w14:paraId="3CC7FCD9" w14:textId="77777777" w:rsidR="00850E94" w:rsidRPr="00F1503E" w:rsidRDefault="00850E94" w:rsidP="00850E94">
            <w:pPr>
              <w:spacing w:after="80" w:line="240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Kompliment</w:t>
            </w:r>
            <w:proofErr w:type="spellEnd"/>
          </w:p>
          <w:p w14:paraId="5F3BE14E" w14:textId="77777777" w:rsidR="00850E94" w:rsidRPr="00F1503E" w:rsidRDefault="00850E94" w:rsidP="00850E94">
            <w:pPr>
              <w:spacing w:after="100" w:line="264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Bring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etwas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Gutes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in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Umlauf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  <w:p w14:paraId="41925DDC" w14:textId="173F4A53" w:rsidR="00850E94" w:rsidRDefault="00850E94" w:rsidP="00850E94">
            <w:pPr>
              <w:spacing w:after="0" w:line="252" w:lineRule="auto"/>
            </w:pPr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Sag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jemandem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ehrlich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, was du an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ihm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an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ihr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magst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.</w:t>
            </w:r>
          </w:p>
        </w:tc>
      </w:tr>
      <w:tr w:rsidR="00850E94" w14:paraId="497C4B59" w14:textId="77777777" w:rsidTr="00190D08">
        <w:trPr>
          <w:trHeight w:val="3203"/>
          <w:tblCellSpacing w:w="90" w:type="dxa"/>
          <w:jc w:val="center"/>
        </w:trPr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60322361" w14:textId="77777777" w:rsidR="00850E94" w:rsidRPr="00F1503E" w:rsidRDefault="00850E94" w:rsidP="00850E94">
            <w:pPr>
              <w:spacing w:after="80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UNTERWEGS</w:t>
            </w:r>
          </w:p>
          <w:p w14:paraId="7E842324" w14:textId="77777777" w:rsidR="00850E94" w:rsidRPr="00F1503E" w:rsidRDefault="00850E94" w:rsidP="00850E94">
            <w:pPr>
              <w:spacing w:after="80" w:line="240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Zwanzig</w:t>
            </w:r>
            <w:proofErr w:type="spellEnd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Schritte</w:t>
            </w:r>
            <w:proofErr w:type="spellEnd"/>
          </w:p>
          <w:p w14:paraId="2E45134A" w14:textId="77777777" w:rsidR="00850E94" w:rsidRPr="00F1503E" w:rsidRDefault="00850E94" w:rsidP="00850E94">
            <w:pPr>
              <w:spacing w:after="100" w:line="264" w:lineRule="auto"/>
              <w:rPr>
                <w:rFonts w:ascii="Messina Sans Book" w:hAnsi="Messina Sans Book"/>
              </w:rPr>
            </w:pP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Gehe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zwanzig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Schritte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ganz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bewusst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  <w:p w14:paraId="66C85152" w14:textId="2B01D76C" w:rsidR="00850E94" w:rsidRDefault="00850E94" w:rsidP="00850E94">
            <w:pPr>
              <w:spacing w:after="0" w:line="252" w:lineRule="auto"/>
            </w:pPr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Was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verändert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sich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,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wenn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du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langsam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gehst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?</w:t>
            </w:r>
          </w:p>
        </w:tc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00B22666" w14:textId="77777777" w:rsidR="00850E94" w:rsidRPr="00F1503E" w:rsidRDefault="00850E94" w:rsidP="00850E94">
            <w:pPr>
              <w:spacing w:after="80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UNTERWEGS</w:t>
            </w:r>
          </w:p>
          <w:p w14:paraId="4D77DA91" w14:textId="77777777" w:rsidR="00850E94" w:rsidRPr="00F1503E" w:rsidRDefault="00850E94" w:rsidP="00850E94">
            <w:pPr>
              <w:spacing w:after="80" w:line="240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Neuer</w:t>
            </w:r>
            <w:proofErr w:type="spellEnd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Blick</w:t>
            </w:r>
            <w:proofErr w:type="spellEnd"/>
          </w:p>
          <w:p w14:paraId="0A08B968" w14:textId="77777777" w:rsidR="00850E94" w:rsidRPr="00F1503E" w:rsidRDefault="00850E94" w:rsidP="00850E94">
            <w:pPr>
              <w:spacing w:after="100" w:line="264" w:lineRule="auto"/>
              <w:rPr>
                <w:rFonts w:ascii="Messina Sans Book" w:hAnsi="Messina Sans Book"/>
              </w:rPr>
            </w:pP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Nimm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Weg, den du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kennst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, und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schau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ihn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neu an.</w:t>
            </w:r>
          </w:p>
          <w:p w14:paraId="660ADAE4" w14:textId="0BBD89B9" w:rsidR="00850E94" w:rsidRDefault="00850E94" w:rsidP="00850E94">
            <w:pPr>
              <w:spacing w:after="0" w:line="252" w:lineRule="auto"/>
            </w:pPr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Was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fällt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dir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heute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zum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ersten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Mal auf?</w:t>
            </w:r>
          </w:p>
        </w:tc>
      </w:tr>
      <w:tr w:rsidR="00850E94" w14:paraId="6FB928F4" w14:textId="77777777" w:rsidTr="00190D08">
        <w:trPr>
          <w:trHeight w:val="3203"/>
          <w:tblCellSpacing w:w="90" w:type="dxa"/>
          <w:jc w:val="center"/>
        </w:trPr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2C8D8202" w14:textId="77777777" w:rsidR="00850E94" w:rsidRPr="00F1503E" w:rsidRDefault="00850E94" w:rsidP="00850E94">
            <w:pPr>
              <w:spacing w:after="80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UNTERWEGS</w:t>
            </w:r>
          </w:p>
          <w:p w14:paraId="4BC1406C" w14:textId="77777777" w:rsidR="00850E94" w:rsidRPr="00F1503E" w:rsidRDefault="00850E94" w:rsidP="00850E94">
            <w:pPr>
              <w:spacing w:after="80" w:line="240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Pilgern</w:t>
            </w:r>
            <w:proofErr w:type="spellEnd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 im </w:t>
            </w: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Alltag</w:t>
            </w:r>
            <w:proofErr w:type="spellEnd"/>
          </w:p>
          <w:p w14:paraId="4FD143D4" w14:textId="77777777" w:rsidR="00850E94" w:rsidRPr="00F1503E" w:rsidRDefault="00850E94" w:rsidP="00850E94">
            <w:pPr>
              <w:spacing w:after="100" w:line="264" w:lineRule="auto"/>
              <w:rPr>
                <w:rFonts w:ascii="Messina Sans Book" w:hAnsi="Messina Sans Book"/>
              </w:rPr>
            </w:pP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Pilgern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heißt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: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mit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offenen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Augen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unterwegs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zu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sein.</w:t>
            </w:r>
          </w:p>
          <w:p w14:paraId="7103EF25" w14:textId="2A23F8A1" w:rsidR="00850E94" w:rsidRDefault="00850E94" w:rsidP="00850E94">
            <w:pPr>
              <w:spacing w:after="0" w:line="252" w:lineRule="auto"/>
            </w:pP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Wohin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gehst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du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heute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besonders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aufmerksam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?</w:t>
            </w:r>
          </w:p>
        </w:tc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4105FF72" w14:textId="77777777" w:rsidR="00850E94" w:rsidRPr="00F1503E" w:rsidRDefault="00850E94" w:rsidP="00850E94">
            <w:pPr>
              <w:spacing w:after="80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UNTERWEGS</w:t>
            </w:r>
          </w:p>
          <w:p w14:paraId="1E2592C8" w14:textId="77777777" w:rsidR="00850E94" w:rsidRPr="00F1503E" w:rsidRDefault="00850E94" w:rsidP="00850E94">
            <w:pPr>
              <w:spacing w:after="80" w:line="240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Unsichtbarer</w:t>
            </w:r>
            <w:proofErr w:type="spellEnd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 xml:space="preserve"> Rucksack</w:t>
            </w:r>
          </w:p>
          <w:p w14:paraId="227CB862" w14:textId="77777777" w:rsidR="00850E94" w:rsidRPr="00F1503E" w:rsidRDefault="00850E94" w:rsidP="00850E94">
            <w:pPr>
              <w:spacing w:after="100" w:line="264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Pack in Gedanken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Rucksack für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guten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Tag.</w:t>
            </w:r>
          </w:p>
          <w:p w14:paraId="5F76E843" w14:textId="25BA4425" w:rsidR="00850E94" w:rsidRDefault="00850E94" w:rsidP="00850E94">
            <w:pPr>
              <w:spacing w:after="0" w:line="252" w:lineRule="auto"/>
            </w:pPr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Was muss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hinein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? Mut, Ruhe,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Freude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, Geduld?</w:t>
            </w:r>
          </w:p>
        </w:tc>
      </w:tr>
    </w:tbl>
    <w:p w14:paraId="711FDA04" w14:textId="77777777" w:rsidR="006E7116" w:rsidRDefault="00000000">
      <w:r>
        <w:br w:type="page"/>
      </w:r>
    </w:p>
    <w:p w14:paraId="00C2B323" w14:textId="77777777" w:rsidR="00190D08" w:rsidRPr="00850E94" w:rsidRDefault="00190D08" w:rsidP="00190D08">
      <w:pPr>
        <w:spacing w:after="80"/>
        <w:jc w:val="right"/>
        <w:rPr>
          <w:rFonts w:ascii="Valizas Book" w:eastAsia="Valizas" w:hAnsi="Valizas Book"/>
          <w:b/>
          <w:color w:val="004133"/>
          <w:sz w:val="30"/>
        </w:rPr>
      </w:pPr>
      <w:r w:rsidRPr="00850E94">
        <w:rPr>
          <w:rFonts w:ascii="Valizas Book" w:eastAsia="Valizas" w:hAnsi="Valizas Book"/>
          <w:b/>
          <w:color w:val="004133"/>
          <w:sz w:val="30"/>
        </w:rPr>
        <w:lastRenderedPageBreak/>
        <w:t xml:space="preserve">Franz von Assisi: </w:t>
      </w:r>
      <w:proofErr w:type="spellStart"/>
      <w:r w:rsidRPr="00850E94">
        <w:rPr>
          <w:rFonts w:ascii="Valizas Book" w:eastAsia="Valizas" w:hAnsi="Valizas Book"/>
          <w:b/>
          <w:color w:val="004133"/>
          <w:sz w:val="30"/>
        </w:rPr>
        <w:t>Impulskarten</w:t>
      </w:r>
      <w:proofErr w:type="spellEnd"/>
      <w:r w:rsidRPr="00850E94">
        <w:rPr>
          <w:rFonts w:ascii="Valizas Book" w:eastAsia="Valizas" w:hAnsi="Valizas Book"/>
          <w:b/>
          <w:color w:val="004133"/>
          <w:sz w:val="30"/>
        </w:rPr>
        <w:t xml:space="preserve"> </w:t>
      </w:r>
      <w:proofErr w:type="spellStart"/>
      <w:r w:rsidRPr="00850E94">
        <w:rPr>
          <w:rFonts w:ascii="Valizas Book" w:eastAsia="Valizas" w:hAnsi="Valizas Book"/>
          <w:b/>
          <w:color w:val="004133"/>
          <w:sz w:val="30"/>
        </w:rPr>
        <w:t>zum</w:t>
      </w:r>
      <w:proofErr w:type="spellEnd"/>
      <w:r w:rsidRPr="00850E94">
        <w:rPr>
          <w:rFonts w:ascii="Valizas Book" w:eastAsia="Valizas" w:hAnsi="Valizas Book"/>
          <w:b/>
          <w:color w:val="004133"/>
          <w:sz w:val="30"/>
        </w:rPr>
        <w:t xml:space="preserve"> </w:t>
      </w:r>
      <w:proofErr w:type="spellStart"/>
      <w:r w:rsidRPr="00850E94">
        <w:rPr>
          <w:rFonts w:ascii="Valizas Book" w:eastAsia="Valizas" w:hAnsi="Valizas Book"/>
          <w:b/>
          <w:color w:val="004133"/>
          <w:sz w:val="30"/>
        </w:rPr>
        <w:t>Mitnehmen</w:t>
      </w:r>
      <w:proofErr w:type="spellEnd"/>
    </w:p>
    <w:p w14:paraId="344221AA" w14:textId="77777777" w:rsidR="00850E94" w:rsidRDefault="00850E94" w:rsidP="00190D08">
      <w:pPr>
        <w:spacing w:after="80"/>
        <w:jc w:val="right"/>
      </w:pPr>
    </w:p>
    <w:tbl>
      <w:tblPr>
        <w:tblW w:w="10802" w:type="dxa"/>
        <w:jc w:val="center"/>
        <w:tblCellSpacing w:w="90" w:type="dxa"/>
        <w:tblLayout w:type="fixed"/>
        <w:tblLook w:val="04A0" w:firstRow="1" w:lastRow="0" w:firstColumn="1" w:lastColumn="0" w:noHBand="0" w:noVBand="1"/>
      </w:tblPr>
      <w:tblGrid>
        <w:gridCol w:w="5401"/>
        <w:gridCol w:w="5401"/>
      </w:tblGrid>
      <w:tr w:rsidR="00850E94" w14:paraId="3158DFB8" w14:textId="77777777" w:rsidTr="00190D08">
        <w:trPr>
          <w:trHeight w:val="3203"/>
          <w:tblCellSpacing w:w="90" w:type="dxa"/>
          <w:jc w:val="center"/>
        </w:trPr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31B2294C" w14:textId="77777777" w:rsidR="00850E94" w:rsidRPr="00F1503E" w:rsidRDefault="00850E94" w:rsidP="00850E94">
            <w:pPr>
              <w:spacing w:after="80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UNTERWEGS</w:t>
            </w:r>
          </w:p>
          <w:p w14:paraId="1AE70814" w14:textId="77777777" w:rsidR="00850E94" w:rsidRPr="00F1503E" w:rsidRDefault="00850E94" w:rsidP="00850E94">
            <w:pPr>
              <w:spacing w:after="80" w:line="240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Aufbrechen</w:t>
            </w:r>
            <w:proofErr w:type="spellEnd"/>
          </w:p>
          <w:p w14:paraId="2C2D94F9" w14:textId="77777777" w:rsidR="00850E94" w:rsidRPr="00F1503E" w:rsidRDefault="00850E94" w:rsidP="00850E94">
            <w:pPr>
              <w:spacing w:after="100" w:line="264" w:lineRule="auto"/>
              <w:rPr>
                <w:rFonts w:ascii="Messina Sans Book" w:hAnsi="Messina Sans Book"/>
              </w:rPr>
            </w:pP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Wohin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möchtest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du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innerlich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neu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aufbrechen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?</w:t>
            </w:r>
          </w:p>
          <w:p w14:paraId="20EC2B16" w14:textId="6BB8E6A7" w:rsidR="00850E94" w:rsidRDefault="00850E94" w:rsidP="00850E94">
            <w:pPr>
              <w:spacing w:after="0" w:line="252" w:lineRule="auto"/>
            </w:pPr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Ein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kleiner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Wunsch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reicht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.</w:t>
            </w:r>
          </w:p>
        </w:tc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2F757879" w14:textId="77777777" w:rsidR="00850E94" w:rsidRPr="00F1503E" w:rsidRDefault="00850E94" w:rsidP="00850E94">
            <w:pPr>
              <w:spacing w:after="80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UNTERWEGS</w:t>
            </w:r>
          </w:p>
          <w:p w14:paraId="489B91B3" w14:textId="77777777" w:rsidR="00850E94" w:rsidRPr="00F1503E" w:rsidRDefault="00850E94" w:rsidP="00850E94">
            <w:pPr>
              <w:spacing w:after="80" w:line="240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Ankommen</w:t>
            </w:r>
            <w:proofErr w:type="spellEnd"/>
          </w:p>
          <w:p w14:paraId="13314E68" w14:textId="77777777" w:rsidR="00850E94" w:rsidRPr="00F1503E" w:rsidRDefault="00850E94" w:rsidP="00850E94">
            <w:pPr>
              <w:spacing w:after="100" w:line="264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Wo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kannst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du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heute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kurz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zur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Ruhe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kommen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?</w:t>
            </w:r>
          </w:p>
          <w:p w14:paraId="0A31BE29" w14:textId="50EC3E56" w:rsidR="00850E94" w:rsidRDefault="00850E94" w:rsidP="00850E94">
            <w:pPr>
              <w:spacing w:after="0" w:line="252" w:lineRule="auto"/>
            </w:pPr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Such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dir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einen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kleinen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="00C21CFA">
              <w:rPr>
                <w:rFonts w:ascii="Messina Sans Book" w:hAnsi="Messina Sans Book"/>
                <w:color w:val="004133"/>
                <w:sz w:val="16"/>
              </w:rPr>
              <w:t>Ruhe</w:t>
            </w:r>
            <w:r w:rsidRPr="00F1503E">
              <w:rPr>
                <w:rFonts w:ascii="Messina Sans Book" w:hAnsi="Messina Sans Book"/>
                <w:color w:val="004133"/>
                <w:sz w:val="16"/>
              </w:rPr>
              <w:t>ort</w:t>
            </w:r>
            <w:proofErr w:type="spellEnd"/>
            <w:r w:rsidR="00C21CFA">
              <w:rPr>
                <w:rFonts w:ascii="Messina Sans Book" w:hAnsi="Messina Sans Book"/>
                <w:color w:val="004133"/>
                <w:sz w:val="16"/>
              </w:rPr>
              <w:t xml:space="preserve">, um </w:t>
            </w:r>
            <w:proofErr w:type="spellStart"/>
            <w:r w:rsidR="00C21CFA">
              <w:rPr>
                <w:rFonts w:ascii="Messina Sans Book" w:hAnsi="Messina Sans Book"/>
                <w:color w:val="004133"/>
                <w:sz w:val="16"/>
              </w:rPr>
              <w:t>bei</w:t>
            </w:r>
            <w:proofErr w:type="spellEnd"/>
            <w:r w:rsidR="00C21CFA">
              <w:rPr>
                <w:rFonts w:ascii="Messina Sans Book" w:hAnsi="Messina Sans Book"/>
                <w:color w:val="004133"/>
                <w:sz w:val="16"/>
              </w:rPr>
              <w:t xml:space="preserve"> dir </w:t>
            </w:r>
            <w:proofErr w:type="spellStart"/>
            <w:r w:rsidR="00C21CFA">
              <w:rPr>
                <w:rFonts w:ascii="Messina Sans Book" w:hAnsi="Messina Sans Book"/>
                <w:color w:val="004133"/>
                <w:sz w:val="16"/>
              </w:rPr>
              <w:t>anzukommen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.</w:t>
            </w:r>
          </w:p>
        </w:tc>
      </w:tr>
      <w:tr w:rsidR="00850E94" w14:paraId="0C54B1A0" w14:textId="77777777" w:rsidTr="00190D08">
        <w:trPr>
          <w:trHeight w:val="3203"/>
          <w:tblCellSpacing w:w="90" w:type="dxa"/>
          <w:jc w:val="center"/>
        </w:trPr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10899A72" w14:textId="77777777" w:rsidR="00B4621E" w:rsidRPr="00F1503E" w:rsidRDefault="00B4621E" w:rsidP="00B4621E">
            <w:pPr>
              <w:spacing w:after="0" w:line="252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EIGENER IMPULS</w:t>
            </w:r>
          </w:p>
          <w:p w14:paraId="09F6B400" w14:textId="77777777" w:rsidR="00B4621E" w:rsidRPr="00F1503E" w:rsidRDefault="00B4621E" w:rsidP="00B4621E">
            <w:pPr>
              <w:spacing w:after="0" w:line="252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Titel</w:t>
            </w:r>
            <w:proofErr w:type="spellEnd"/>
          </w:p>
          <w:p w14:paraId="58641A66" w14:textId="77777777" w:rsidR="00B4621E" w:rsidRPr="00F1503E" w:rsidRDefault="00B4621E" w:rsidP="00B4621E">
            <w:pPr>
              <w:spacing w:after="0" w:line="252" w:lineRule="auto"/>
              <w:rPr>
                <w:rFonts w:ascii="Messina Sans Book" w:hAnsi="Messina Sans Book"/>
              </w:rPr>
            </w:pP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Hier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kann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kurzer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Gedanke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,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Frage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kleine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Aufgabe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stehen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  <w:p w14:paraId="060937E7" w14:textId="13558FF4" w:rsidR="00850E94" w:rsidRDefault="00B4621E" w:rsidP="00B4621E">
            <w:pPr>
              <w:spacing w:after="0" w:line="252" w:lineRule="auto"/>
            </w:pPr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Mini-Aufgabe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Mitnehm-Satz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ergänzen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.</w:t>
            </w:r>
          </w:p>
        </w:tc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54802F66" w14:textId="77777777" w:rsidR="00B4621E" w:rsidRPr="00F1503E" w:rsidRDefault="00B4621E" w:rsidP="00B4621E">
            <w:pPr>
              <w:spacing w:after="0" w:line="252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EIGENER IMPULS</w:t>
            </w:r>
          </w:p>
          <w:p w14:paraId="54A738E4" w14:textId="77777777" w:rsidR="00B4621E" w:rsidRPr="00F1503E" w:rsidRDefault="00B4621E" w:rsidP="00B4621E">
            <w:pPr>
              <w:spacing w:after="0" w:line="252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Titel</w:t>
            </w:r>
            <w:proofErr w:type="spellEnd"/>
          </w:p>
          <w:p w14:paraId="2E3E5EB1" w14:textId="77777777" w:rsidR="00B4621E" w:rsidRPr="00F1503E" w:rsidRDefault="00B4621E" w:rsidP="00B4621E">
            <w:pPr>
              <w:spacing w:after="0" w:line="252" w:lineRule="auto"/>
              <w:rPr>
                <w:rFonts w:ascii="Messina Sans Book" w:hAnsi="Messina Sans Book"/>
              </w:rPr>
            </w:pP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Hier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kann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kurzer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Gedanke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,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Frage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kleine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Aufgabe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stehen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  <w:p w14:paraId="791DEE87" w14:textId="29C37A4E" w:rsidR="00850E94" w:rsidRDefault="00B4621E" w:rsidP="00B4621E">
            <w:pPr>
              <w:spacing w:after="0" w:line="252" w:lineRule="auto"/>
            </w:pPr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Mini-Aufgabe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Mitnehm-Satz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ergänzen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.</w:t>
            </w:r>
          </w:p>
        </w:tc>
      </w:tr>
      <w:tr w:rsidR="00850E94" w14:paraId="6BDB638C" w14:textId="77777777" w:rsidTr="00190D08">
        <w:trPr>
          <w:trHeight w:val="3203"/>
          <w:tblCellSpacing w:w="90" w:type="dxa"/>
          <w:jc w:val="center"/>
        </w:trPr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4B37B92F" w14:textId="77777777" w:rsidR="00B4621E" w:rsidRPr="00F1503E" w:rsidRDefault="00B4621E" w:rsidP="00B4621E">
            <w:pPr>
              <w:spacing w:after="0" w:line="252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EIGENER IMPULS</w:t>
            </w:r>
          </w:p>
          <w:p w14:paraId="33C8186A" w14:textId="77777777" w:rsidR="00B4621E" w:rsidRPr="00F1503E" w:rsidRDefault="00B4621E" w:rsidP="00B4621E">
            <w:pPr>
              <w:spacing w:after="0" w:line="252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Titel</w:t>
            </w:r>
            <w:proofErr w:type="spellEnd"/>
          </w:p>
          <w:p w14:paraId="1E5D7A45" w14:textId="77777777" w:rsidR="00B4621E" w:rsidRPr="00F1503E" w:rsidRDefault="00B4621E" w:rsidP="00B4621E">
            <w:pPr>
              <w:spacing w:after="0" w:line="252" w:lineRule="auto"/>
              <w:rPr>
                <w:rFonts w:ascii="Messina Sans Book" w:hAnsi="Messina Sans Book"/>
              </w:rPr>
            </w:pP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Hier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kann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kurzer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Gedanke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,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Frage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kleine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Aufgabe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stehen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  <w:p w14:paraId="1135D035" w14:textId="032861CB" w:rsidR="00850E94" w:rsidRDefault="00B4621E" w:rsidP="00B4621E">
            <w:pPr>
              <w:spacing w:after="0" w:line="252" w:lineRule="auto"/>
            </w:pPr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Mini-Aufgabe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Mitnehm-Satz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ergänzen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.</w:t>
            </w:r>
          </w:p>
        </w:tc>
        <w:tc>
          <w:tcPr>
            <w:tcW w:w="5131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3F3C491E" w14:textId="77777777" w:rsidR="00B4621E" w:rsidRPr="00F1503E" w:rsidRDefault="00B4621E" w:rsidP="00B4621E">
            <w:pPr>
              <w:spacing w:after="0" w:line="252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EIGENER IMPULS</w:t>
            </w:r>
          </w:p>
          <w:p w14:paraId="06CDC95D" w14:textId="77777777" w:rsidR="00B4621E" w:rsidRPr="00F1503E" w:rsidRDefault="00B4621E" w:rsidP="00B4621E">
            <w:pPr>
              <w:spacing w:after="0" w:line="252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Titel</w:t>
            </w:r>
            <w:proofErr w:type="spellEnd"/>
          </w:p>
          <w:p w14:paraId="1FB2A784" w14:textId="77777777" w:rsidR="00B4621E" w:rsidRPr="00F1503E" w:rsidRDefault="00B4621E" w:rsidP="00B4621E">
            <w:pPr>
              <w:spacing w:after="0" w:line="252" w:lineRule="auto"/>
              <w:rPr>
                <w:rFonts w:ascii="Messina Sans Book" w:hAnsi="Messina Sans Book"/>
              </w:rPr>
            </w:pP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Hier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kann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kurzer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Gedanke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,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Frage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kleine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Aufgabe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stehen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  <w:p w14:paraId="0600E845" w14:textId="23D1254F" w:rsidR="00850E94" w:rsidRDefault="00B4621E" w:rsidP="00B4621E">
            <w:pPr>
              <w:spacing w:after="0" w:line="252" w:lineRule="auto"/>
            </w:pPr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Mini-Aufgabe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Mitnehm-Satz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ergänzen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.</w:t>
            </w:r>
          </w:p>
        </w:tc>
      </w:tr>
    </w:tbl>
    <w:p w14:paraId="035EE932" w14:textId="77777777" w:rsidR="006E7116" w:rsidRDefault="00000000">
      <w:r>
        <w:br w:type="page"/>
      </w:r>
    </w:p>
    <w:p w14:paraId="6B24C9AD" w14:textId="77777777" w:rsidR="006E7116" w:rsidRPr="00850E94" w:rsidRDefault="00000000">
      <w:pPr>
        <w:spacing w:after="80"/>
        <w:jc w:val="right"/>
        <w:rPr>
          <w:rFonts w:ascii="Valizas Book" w:eastAsia="Valizas" w:hAnsi="Valizas Book"/>
          <w:b/>
          <w:color w:val="004133"/>
          <w:sz w:val="30"/>
        </w:rPr>
      </w:pPr>
      <w:proofErr w:type="spellStart"/>
      <w:r w:rsidRPr="00850E94">
        <w:rPr>
          <w:rFonts w:ascii="Valizas Book" w:eastAsia="Valizas" w:hAnsi="Valizas Book"/>
          <w:b/>
          <w:color w:val="004133"/>
          <w:sz w:val="30"/>
        </w:rPr>
        <w:lastRenderedPageBreak/>
        <w:t>Blanko-Karten</w:t>
      </w:r>
      <w:proofErr w:type="spellEnd"/>
      <w:r w:rsidRPr="00850E94">
        <w:rPr>
          <w:rFonts w:ascii="Valizas Book" w:eastAsia="Valizas" w:hAnsi="Valizas Book"/>
          <w:b/>
          <w:color w:val="004133"/>
          <w:sz w:val="30"/>
        </w:rPr>
        <w:t xml:space="preserve"> </w:t>
      </w:r>
      <w:proofErr w:type="spellStart"/>
      <w:r w:rsidRPr="00850E94">
        <w:rPr>
          <w:rFonts w:ascii="Valizas Book" w:eastAsia="Valizas" w:hAnsi="Valizas Book"/>
          <w:b/>
          <w:color w:val="004133"/>
          <w:sz w:val="30"/>
        </w:rPr>
        <w:t>zum</w:t>
      </w:r>
      <w:proofErr w:type="spellEnd"/>
      <w:r w:rsidRPr="00850E94">
        <w:rPr>
          <w:rFonts w:ascii="Valizas Book" w:eastAsia="Valizas" w:hAnsi="Valizas Book"/>
          <w:b/>
          <w:color w:val="004133"/>
          <w:sz w:val="30"/>
        </w:rPr>
        <w:t xml:space="preserve"> </w:t>
      </w:r>
      <w:proofErr w:type="spellStart"/>
      <w:r w:rsidRPr="00850E94">
        <w:rPr>
          <w:rFonts w:ascii="Valizas Book" w:eastAsia="Valizas" w:hAnsi="Valizas Book"/>
          <w:b/>
          <w:color w:val="004133"/>
          <w:sz w:val="30"/>
        </w:rPr>
        <w:t>Anpassen</w:t>
      </w:r>
      <w:proofErr w:type="spellEnd"/>
    </w:p>
    <w:p w14:paraId="28C54408" w14:textId="77777777" w:rsidR="00850E94" w:rsidRDefault="00850E94">
      <w:pPr>
        <w:spacing w:after="80"/>
        <w:jc w:val="right"/>
      </w:pPr>
    </w:p>
    <w:tbl>
      <w:tblPr>
        <w:tblW w:w="0" w:type="auto"/>
        <w:jc w:val="center"/>
        <w:tblCellSpacing w:w="90" w:type="dxa"/>
        <w:tblLook w:val="04A0" w:firstRow="1" w:lastRow="0" w:firstColumn="1" w:lastColumn="0" w:noHBand="0" w:noVBand="1"/>
      </w:tblPr>
      <w:tblGrid>
        <w:gridCol w:w="5234"/>
        <w:gridCol w:w="5234"/>
      </w:tblGrid>
      <w:tr w:rsidR="00850E94" w14:paraId="699A047D" w14:textId="77777777" w:rsidTr="00850E94">
        <w:trPr>
          <w:trHeight w:val="3203"/>
          <w:tblCellSpacing w:w="90" w:type="dxa"/>
          <w:jc w:val="center"/>
        </w:trPr>
        <w:tc>
          <w:tcPr>
            <w:tcW w:w="4964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0B565BE3" w14:textId="77777777" w:rsidR="00850E94" w:rsidRPr="00F1503E" w:rsidRDefault="00850E94" w:rsidP="00850E94">
            <w:pPr>
              <w:spacing w:after="0" w:line="252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EIGENER IMPULS</w:t>
            </w:r>
          </w:p>
          <w:p w14:paraId="0B0FC11A" w14:textId="77777777" w:rsidR="00850E94" w:rsidRPr="00F1503E" w:rsidRDefault="00850E94" w:rsidP="00850E94">
            <w:pPr>
              <w:spacing w:after="0" w:line="252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Titel</w:t>
            </w:r>
            <w:proofErr w:type="spellEnd"/>
          </w:p>
          <w:p w14:paraId="766FA74F" w14:textId="77777777" w:rsidR="00850E94" w:rsidRPr="00F1503E" w:rsidRDefault="00850E94" w:rsidP="00850E94">
            <w:pPr>
              <w:spacing w:after="0" w:line="252" w:lineRule="auto"/>
              <w:rPr>
                <w:rFonts w:ascii="Messina Sans Book" w:hAnsi="Messina Sans Book"/>
              </w:rPr>
            </w:pP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Hier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kann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kurzer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Gedanke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,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Frage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kleine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Aufgabe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stehen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  <w:p w14:paraId="65DB4596" w14:textId="347269A0" w:rsidR="00850E94" w:rsidRDefault="00850E94" w:rsidP="00850E94">
            <w:pPr>
              <w:spacing w:after="0" w:line="252" w:lineRule="auto"/>
            </w:pPr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Mini-Aufgabe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Mitnehm-Satz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ergänzen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.</w:t>
            </w:r>
          </w:p>
        </w:tc>
        <w:tc>
          <w:tcPr>
            <w:tcW w:w="4964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244AF691" w14:textId="77777777" w:rsidR="00850E94" w:rsidRPr="00F1503E" w:rsidRDefault="00850E94" w:rsidP="00850E94">
            <w:pPr>
              <w:spacing w:after="0" w:line="252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EIGENER IMPULS</w:t>
            </w:r>
          </w:p>
          <w:p w14:paraId="6AE1F18A" w14:textId="77777777" w:rsidR="00850E94" w:rsidRPr="00F1503E" w:rsidRDefault="00850E94" w:rsidP="00850E94">
            <w:pPr>
              <w:spacing w:after="0" w:line="252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Titel</w:t>
            </w:r>
            <w:proofErr w:type="spellEnd"/>
          </w:p>
          <w:p w14:paraId="78FC254E" w14:textId="77777777" w:rsidR="00850E94" w:rsidRPr="00F1503E" w:rsidRDefault="00850E94" w:rsidP="00850E94">
            <w:pPr>
              <w:spacing w:after="0" w:line="252" w:lineRule="auto"/>
              <w:rPr>
                <w:rFonts w:ascii="Messina Sans Book" w:hAnsi="Messina Sans Book"/>
              </w:rPr>
            </w:pP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Hier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kann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kurzer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Gedanke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,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Frage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kleine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Aufgabe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stehen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  <w:p w14:paraId="33A8B0F9" w14:textId="7C300A02" w:rsidR="00850E94" w:rsidRDefault="00850E94" w:rsidP="00850E94">
            <w:pPr>
              <w:spacing w:after="0" w:line="252" w:lineRule="auto"/>
            </w:pPr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Mini-Aufgabe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Mitnehm-Satz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ergänzen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.</w:t>
            </w:r>
          </w:p>
        </w:tc>
      </w:tr>
      <w:tr w:rsidR="00850E94" w14:paraId="4164F472" w14:textId="77777777" w:rsidTr="00850E94">
        <w:trPr>
          <w:trHeight w:val="3203"/>
          <w:tblCellSpacing w:w="90" w:type="dxa"/>
          <w:jc w:val="center"/>
        </w:trPr>
        <w:tc>
          <w:tcPr>
            <w:tcW w:w="4964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59FCE57D" w14:textId="77777777" w:rsidR="00850E94" w:rsidRPr="00F1503E" w:rsidRDefault="00850E94" w:rsidP="00850E94">
            <w:pPr>
              <w:spacing w:after="0" w:line="252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EIGENER IMPULS</w:t>
            </w:r>
          </w:p>
          <w:p w14:paraId="55FCC280" w14:textId="77777777" w:rsidR="00850E94" w:rsidRPr="00F1503E" w:rsidRDefault="00850E94" w:rsidP="00850E94">
            <w:pPr>
              <w:spacing w:after="0" w:line="252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Titel</w:t>
            </w:r>
            <w:proofErr w:type="spellEnd"/>
          </w:p>
          <w:p w14:paraId="5CBE9D63" w14:textId="77777777" w:rsidR="00850E94" w:rsidRPr="00F1503E" w:rsidRDefault="00850E94" w:rsidP="00850E94">
            <w:pPr>
              <w:spacing w:after="0" w:line="252" w:lineRule="auto"/>
              <w:rPr>
                <w:rFonts w:ascii="Messina Sans Book" w:hAnsi="Messina Sans Book"/>
              </w:rPr>
            </w:pP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Hier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kann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kurzer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Gedanke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,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Frage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kleine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Aufgabe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stehen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  <w:p w14:paraId="5E638A5E" w14:textId="17A8C698" w:rsidR="00850E94" w:rsidRDefault="00850E94" w:rsidP="00850E94">
            <w:pPr>
              <w:spacing w:after="0" w:line="252" w:lineRule="auto"/>
            </w:pPr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Mini-Aufgabe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Mitnehm-Satz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ergänzen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.</w:t>
            </w:r>
          </w:p>
        </w:tc>
        <w:tc>
          <w:tcPr>
            <w:tcW w:w="4964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40D770B6" w14:textId="77777777" w:rsidR="00850E94" w:rsidRPr="00F1503E" w:rsidRDefault="00850E94" w:rsidP="00850E94">
            <w:pPr>
              <w:spacing w:after="0" w:line="252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EIGENER IMPULS</w:t>
            </w:r>
          </w:p>
          <w:p w14:paraId="240BD880" w14:textId="77777777" w:rsidR="00850E94" w:rsidRPr="00F1503E" w:rsidRDefault="00850E94" w:rsidP="00850E94">
            <w:pPr>
              <w:spacing w:after="0" w:line="252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Titel</w:t>
            </w:r>
            <w:proofErr w:type="spellEnd"/>
          </w:p>
          <w:p w14:paraId="757D6CEE" w14:textId="77777777" w:rsidR="00850E94" w:rsidRPr="00F1503E" w:rsidRDefault="00850E94" w:rsidP="00850E94">
            <w:pPr>
              <w:spacing w:after="0" w:line="252" w:lineRule="auto"/>
              <w:rPr>
                <w:rFonts w:ascii="Messina Sans Book" w:hAnsi="Messina Sans Book"/>
              </w:rPr>
            </w:pP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Hier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kann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kurzer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Gedanke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,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Frage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kleine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Aufgabe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stehen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  <w:p w14:paraId="04F8370F" w14:textId="67C8DCC5" w:rsidR="00850E94" w:rsidRDefault="00850E94" w:rsidP="00850E94">
            <w:pPr>
              <w:spacing w:after="0" w:line="252" w:lineRule="auto"/>
            </w:pPr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Mini-Aufgabe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Mitnehm-Satz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ergänzen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.</w:t>
            </w:r>
          </w:p>
        </w:tc>
      </w:tr>
      <w:tr w:rsidR="00850E94" w14:paraId="294CB6C3" w14:textId="77777777" w:rsidTr="00850E94">
        <w:trPr>
          <w:trHeight w:val="3203"/>
          <w:tblCellSpacing w:w="90" w:type="dxa"/>
          <w:jc w:val="center"/>
        </w:trPr>
        <w:tc>
          <w:tcPr>
            <w:tcW w:w="4964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5FB1DAD7" w14:textId="77777777" w:rsidR="00850E94" w:rsidRPr="00F1503E" w:rsidRDefault="00850E94" w:rsidP="00850E94">
            <w:pPr>
              <w:spacing w:after="0" w:line="252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EIGENER IMPULS</w:t>
            </w:r>
          </w:p>
          <w:p w14:paraId="4525412C" w14:textId="77777777" w:rsidR="00850E94" w:rsidRPr="00F1503E" w:rsidRDefault="00850E94" w:rsidP="00850E94">
            <w:pPr>
              <w:spacing w:after="0" w:line="252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Titel</w:t>
            </w:r>
            <w:proofErr w:type="spellEnd"/>
          </w:p>
          <w:p w14:paraId="4142115F" w14:textId="77777777" w:rsidR="00850E94" w:rsidRPr="00F1503E" w:rsidRDefault="00850E94" w:rsidP="00850E94">
            <w:pPr>
              <w:spacing w:after="0" w:line="252" w:lineRule="auto"/>
              <w:rPr>
                <w:rFonts w:ascii="Messina Sans Book" w:hAnsi="Messina Sans Book"/>
              </w:rPr>
            </w:pP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Hier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kann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kurzer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Gedanke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,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Frage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kleine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Aufgabe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stehen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  <w:p w14:paraId="4C3E194A" w14:textId="1EA141EE" w:rsidR="00850E94" w:rsidRDefault="00850E94" w:rsidP="00850E94">
            <w:pPr>
              <w:spacing w:after="0" w:line="252" w:lineRule="auto"/>
            </w:pPr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Mini-Aufgabe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Mitnehm-Satz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ergänzen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.</w:t>
            </w:r>
          </w:p>
        </w:tc>
        <w:tc>
          <w:tcPr>
            <w:tcW w:w="4964" w:type="dxa"/>
            <w:tcBorders>
              <w:top w:val="single" w:sz="8" w:space="0" w:color="8BA79E"/>
              <w:left w:val="single" w:sz="8" w:space="0" w:color="8BA79E"/>
              <w:bottom w:val="single" w:sz="8" w:space="0" w:color="8BA79E"/>
              <w:right w:val="single" w:sz="8" w:space="0" w:color="8BA79E"/>
            </w:tcBorders>
            <w:shd w:val="clear" w:color="auto" w:fill="F7FBF9"/>
            <w:tcMar>
              <w:top w:w="150" w:type="dxa"/>
              <w:left w:w="190" w:type="dxa"/>
              <w:bottom w:w="120" w:type="dxa"/>
              <w:right w:w="190" w:type="dxa"/>
            </w:tcMar>
          </w:tcPr>
          <w:p w14:paraId="2B6B07D3" w14:textId="77777777" w:rsidR="00850E94" w:rsidRPr="00F1503E" w:rsidRDefault="00850E94" w:rsidP="00850E94">
            <w:pPr>
              <w:spacing w:after="0" w:line="252" w:lineRule="auto"/>
              <w:rPr>
                <w:rFonts w:ascii="Messina Sans Book" w:hAnsi="Messina Sans Book"/>
              </w:rPr>
            </w:pPr>
            <w:r w:rsidRPr="00F1503E">
              <w:rPr>
                <w:rFonts w:ascii="Messina Sans Book" w:eastAsia="Valizas" w:hAnsi="Messina Sans Book"/>
                <w:b/>
                <w:color w:val="004133"/>
                <w:sz w:val="15"/>
              </w:rPr>
              <w:t>EIGENER IMPULS</w:t>
            </w:r>
          </w:p>
          <w:p w14:paraId="4418049E" w14:textId="77777777" w:rsidR="00850E94" w:rsidRPr="00F1503E" w:rsidRDefault="00850E94" w:rsidP="00850E94">
            <w:pPr>
              <w:spacing w:after="0" w:line="252" w:lineRule="auto"/>
              <w:rPr>
                <w:rFonts w:ascii="Messina Sans" w:hAnsi="Messina Sans"/>
              </w:rPr>
            </w:pPr>
            <w:proofErr w:type="spellStart"/>
            <w:r w:rsidRPr="00F1503E">
              <w:rPr>
                <w:rFonts w:ascii="Messina Sans" w:eastAsia="Valizas" w:hAnsi="Messina Sans"/>
                <w:b/>
                <w:color w:val="004133"/>
                <w:sz w:val="28"/>
              </w:rPr>
              <w:t>Titel</w:t>
            </w:r>
            <w:proofErr w:type="spellEnd"/>
          </w:p>
          <w:p w14:paraId="6875E881" w14:textId="77777777" w:rsidR="00850E94" w:rsidRPr="00F1503E" w:rsidRDefault="00850E94" w:rsidP="00850E94">
            <w:pPr>
              <w:spacing w:after="0" w:line="252" w:lineRule="auto"/>
              <w:rPr>
                <w:rFonts w:ascii="Messina Sans Book" w:hAnsi="Messina Sans Book"/>
              </w:rPr>
            </w:pP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Hier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kann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kurzer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Gedanke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,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Frage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kleine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 xml:space="preserve"> Aufgabe </w:t>
            </w:r>
            <w:proofErr w:type="spellStart"/>
            <w:r w:rsidRPr="00F1503E">
              <w:rPr>
                <w:rFonts w:ascii="Messina Sans Book" w:hAnsi="Messina Sans Book"/>
                <w:color w:val="212121"/>
                <w:sz w:val="19"/>
              </w:rPr>
              <w:t>stehen</w:t>
            </w:r>
            <w:proofErr w:type="spellEnd"/>
            <w:r w:rsidRPr="00F1503E">
              <w:rPr>
                <w:rFonts w:ascii="Messina Sans Book" w:hAnsi="Messina Sans Book"/>
                <w:color w:val="212121"/>
                <w:sz w:val="19"/>
              </w:rPr>
              <w:t>.</w:t>
            </w:r>
          </w:p>
          <w:p w14:paraId="693B76E2" w14:textId="0E65852B" w:rsidR="00850E94" w:rsidRDefault="00850E94" w:rsidP="00850E94">
            <w:pPr>
              <w:spacing w:after="0" w:line="252" w:lineRule="auto"/>
            </w:pPr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Mini-Aufgabe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oder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Mitnehm-Satz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 xml:space="preserve"> </w:t>
            </w:r>
            <w:proofErr w:type="spellStart"/>
            <w:r w:rsidRPr="00F1503E">
              <w:rPr>
                <w:rFonts w:ascii="Messina Sans Book" w:hAnsi="Messina Sans Book"/>
                <w:color w:val="004133"/>
                <w:sz w:val="16"/>
              </w:rPr>
              <w:t>ergänzen</w:t>
            </w:r>
            <w:proofErr w:type="spellEnd"/>
            <w:r w:rsidRPr="00F1503E">
              <w:rPr>
                <w:rFonts w:ascii="Messina Sans Book" w:hAnsi="Messina Sans Book"/>
                <w:color w:val="004133"/>
                <w:sz w:val="16"/>
              </w:rPr>
              <w:t>.</w:t>
            </w:r>
          </w:p>
        </w:tc>
      </w:tr>
    </w:tbl>
    <w:p w14:paraId="749E26B5" w14:textId="77777777" w:rsidR="00F448A0" w:rsidRDefault="00F448A0"/>
    <w:sectPr w:rsidR="00F448A0" w:rsidSect="00FB79B7">
      <w:footerReference w:type="default" r:id="rId8"/>
      <w:pgSz w:w="11906" w:h="16838"/>
      <w:pgMar w:top="709" w:right="709" w:bottom="709" w:left="709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132C6" w14:textId="77777777" w:rsidR="00453144" w:rsidRDefault="00453144" w:rsidP="00FB79B7">
      <w:pPr>
        <w:spacing w:after="0" w:line="240" w:lineRule="auto"/>
      </w:pPr>
      <w:r>
        <w:separator/>
      </w:r>
    </w:p>
  </w:endnote>
  <w:endnote w:type="continuationSeparator" w:id="0">
    <w:p w14:paraId="739669C6" w14:textId="77777777" w:rsidR="00453144" w:rsidRDefault="00453144" w:rsidP="00FB7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alizas Book">
    <w:panose1 w:val="00000000000000000000"/>
    <w:charset w:val="00"/>
    <w:family w:val="auto"/>
    <w:pitch w:val="variable"/>
    <w:sig w:usb0="A00000FF" w:usb1="4000207A" w:usb2="00000000" w:usb3="00000000" w:csb0="00000093" w:csb1="00000000"/>
  </w:font>
  <w:font w:name="Valizas">
    <w:altName w:val="Cambria"/>
    <w:panose1 w:val="00000000000000000000"/>
    <w:charset w:val="00"/>
    <w:family w:val="roman"/>
    <w:notTrueType/>
    <w:pitch w:val="default"/>
  </w:font>
  <w:font w:name="Messina Sans Book">
    <w:panose1 w:val="00000000000000000000"/>
    <w:charset w:val="00"/>
    <w:family w:val="auto"/>
    <w:pitch w:val="variable"/>
    <w:sig w:usb0="A10000FF" w:usb1="0000207A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ssina Sans">
    <w:panose1 w:val="00000000000000000000"/>
    <w:charset w:val="00"/>
    <w:family w:val="auto"/>
    <w:pitch w:val="variable"/>
    <w:sig w:usb0="A10000FF" w:usb1="0000207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430E6" w14:textId="735E3B54" w:rsidR="00FB79B7" w:rsidRDefault="00456887">
    <w:pPr>
      <w:pStyle w:val="Fuzeile"/>
    </w:pPr>
    <w:r>
      <w:rPr>
        <w:noProof/>
      </w:rPr>
      <w:t xml:space="preserve">                                                                 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5581D4DA" wp14:editId="70CF88F5">
          <wp:extent cx="964394" cy="720000"/>
          <wp:effectExtent l="0" t="0" r="7620" b="4445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439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2BE3E8" w14:textId="77777777" w:rsidR="00FB79B7" w:rsidRDefault="00FB79B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77DC6" w14:textId="77777777" w:rsidR="00453144" w:rsidRDefault="00453144" w:rsidP="00FB79B7">
      <w:pPr>
        <w:spacing w:after="0" w:line="240" w:lineRule="auto"/>
      </w:pPr>
      <w:r>
        <w:separator/>
      </w:r>
    </w:p>
  </w:footnote>
  <w:footnote w:type="continuationSeparator" w:id="0">
    <w:p w14:paraId="2AD8CB3A" w14:textId="77777777" w:rsidR="00453144" w:rsidRDefault="00453144" w:rsidP="00FB79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2505387">
    <w:abstractNumId w:val="8"/>
  </w:num>
  <w:num w:numId="2" w16cid:durableId="1736510678">
    <w:abstractNumId w:val="6"/>
  </w:num>
  <w:num w:numId="3" w16cid:durableId="1319462197">
    <w:abstractNumId w:val="5"/>
  </w:num>
  <w:num w:numId="4" w16cid:durableId="1868831910">
    <w:abstractNumId w:val="4"/>
  </w:num>
  <w:num w:numId="5" w16cid:durableId="599527547">
    <w:abstractNumId w:val="7"/>
  </w:num>
  <w:num w:numId="6" w16cid:durableId="320471725">
    <w:abstractNumId w:val="3"/>
  </w:num>
  <w:num w:numId="7" w16cid:durableId="2000694540">
    <w:abstractNumId w:val="2"/>
  </w:num>
  <w:num w:numId="8" w16cid:durableId="2052268017">
    <w:abstractNumId w:val="1"/>
  </w:num>
  <w:num w:numId="9" w16cid:durableId="1548956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2EE"/>
    <w:rsid w:val="00034616"/>
    <w:rsid w:val="0006063C"/>
    <w:rsid w:val="000F7CA2"/>
    <w:rsid w:val="00133A1F"/>
    <w:rsid w:val="0015074B"/>
    <w:rsid w:val="00185E7B"/>
    <w:rsid w:val="00190D08"/>
    <w:rsid w:val="0029639D"/>
    <w:rsid w:val="00326F90"/>
    <w:rsid w:val="00334369"/>
    <w:rsid w:val="00362854"/>
    <w:rsid w:val="00453144"/>
    <w:rsid w:val="00456887"/>
    <w:rsid w:val="004C586C"/>
    <w:rsid w:val="00555649"/>
    <w:rsid w:val="00614254"/>
    <w:rsid w:val="006618EB"/>
    <w:rsid w:val="006E7116"/>
    <w:rsid w:val="00724673"/>
    <w:rsid w:val="00850E94"/>
    <w:rsid w:val="00887E61"/>
    <w:rsid w:val="00966F4A"/>
    <w:rsid w:val="00A35F06"/>
    <w:rsid w:val="00AA1D8D"/>
    <w:rsid w:val="00B2516E"/>
    <w:rsid w:val="00B4621E"/>
    <w:rsid w:val="00B47730"/>
    <w:rsid w:val="00BD511D"/>
    <w:rsid w:val="00C11F29"/>
    <w:rsid w:val="00C21CFA"/>
    <w:rsid w:val="00C660E5"/>
    <w:rsid w:val="00CB0664"/>
    <w:rsid w:val="00CC5EEC"/>
    <w:rsid w:val="00E152B0"/>
    <w:rsid w:val="00E631D9"/>
    <w:rsid w:val="00EF0C6A"/>
    <w:rsid w:val="00F1503E"/>
    <w:rsid w:val="00F215AC"/>
    <w:rsid w:val="00F27280"/>
    <w:rsid w:val="00F448A0"/>
    <w:rsid w:val="00FB79B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9BF6A99"/>
  <w14:defaultImageDpi w14:val="300"/>
  <w15:docId w15:val="{8016F3E6-7FCC-4CE0-B62C-D2D52EA8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ptos" w:eastAsia="Aptos" w:hAnsi="Aptos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905</Words>
  <Characters>5702</Characters>
  <Application>Microsoft Office Word</Application>
  <DocSecurity>0</DocSecurity>
  <Lines>47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Franziskus to go - Impulskarten</vt:lpstr>
      <vt:lpstr/>
    </vt:vector>
  </TitlesOfParts>
  <Manager/>
  <Company/>
  <LinksUpToDate>false</LinksUpToDate>
  <CharactersWithSpaces>6594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Franziskus to go - Impulskarten</dc:title>
  <dc:subject>Vorlage für KÖB-Teams</dc:subject>
  <dc:creator>Trinks, Elisa - 21420 - Katholische Öffentliche Büchereien, Familienzentren &amp; Ve</dc:creator>
  <cp:keywords>Franziskus; KÖB; Impulskarten; Schöpfung; Frieden</cp:keywords>
  <dc:description/>
  <cp:lastModifiedBy>Trinks, Elisa - 21420 - Katholische Öffentliche Büchereien, Familienzentren &amp; Ve</cp:lastModifiedBy>
  <cp:revision>6</cp:revision>
  <dcterms:created xsi:type="dcterms:W3CDTF">2026-07-01T08:44:00Z</dcterms:created>
  <dcterms:modified xsi:type="dcterms:W3CDTF">2026-08-04T06:36:00Z</dcterms:modified>
  <cp:category/>
</cp:coreProperties>
</file>