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9E06B" w14:textId="77777777" w:rsidR="00BF5BBE" w:rsidRDefault="00BF5BB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BEA224" wp14:editId="4B5F1A1E">
                <wp:simplePos x="0" y="0"/>
                <wp:positionH relativeFrom="column">
                  <wp:posOffset>287655</wp:posOffset>
                </wp:positionH>
                <wp:positionV relativeFrom="paragraph">
                  <wp:posOffset>182880</wp:posOffset>
                </wp:positionV>
                <wp:extent cx="9782175" cy="6762750"/>
                <wp:effectExtent l="0" t="0" r="28575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2175" cy="6762750"/>
                        </a:xfrm>
                        <a:prstGeom prst="rect">
                          <a:avLst/>
                        </a:prstGeom>
                        <a:solidFill>
                          <a:srgbClr val="00413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BCA16" w14:textId="77777777" w:rsidR="00BF5BBE" w:rsidRDefault="00BF5BBE" w:rsidP="00BF5BBE">
                            <w:pPr>
                              <w:spacing w:after="120"/>
                              <w:rPr>
                                <w:rFonts w:ascii="Valizas Book" w:hAnsi="Valizas Book"/>
                                <w:b/>
                                <w:color w:val="FFFFFF" w:themeColor="background1"/>
                                <w:sz w:val="108"/>
                              </w:rPr>
                            </w:pPr>
                          </w:p>
                          <w:p w14:paraId="2B549099" w14:textId="77777777" w:rsidR="00BF5BBE" w:rsidRPr="00BF5BBE" w:rsidRDefault="00BF5BBE" w:rsidP="00BF5BBE">
                            <w:pPr>
                              <w:spacing w:after="120"/>
                              <w:rPr>
                                <w:rFonts w:ascii="Valizas Book" w:hAnsi="Valizas Book"/>
                                <w:color w:val="FFFFFF" w:themeColor="background1"/>
                              </w:rPr>
                            </w:pPr>
                            <w:proofErr w:type="spellStart"/>
                            <w:r w:rsidRPr="00BF5BBE">
                              <w:rPr>
                                <w:rFonts w:ascii="Valizas Book" w:hAnsi="Valizas Book"/>
                                <w:b/>
                                <w:color w:val="FFFFFF" w:themeColor="background1"/>
                                <w:sz w:val="108"/>
                              </w:rPr>
                              <w:t>Franziskus</w:t>
                            </w:r>
                            <w:proofErr w:type="spellEnd"/>
                            <w:r w:rsidRPr="00BF5BBE">
                              <w:rPr>
                                <w:rFonts w:ascii="Valizas Book" w:hAnsi="Valizas Book"/>
                                <w:b/>
                                <w:color w:val="FFFFFF" w:themeColor="background1"/>
                                <w:sz w:val="108"/>
                              </w:rPr>
                              <w:t xml:space="preserve"> to go</w:t>
                            </w:r>
                          </w:p>
                          <w:p w14:paraId="663C18EB" w14:textId="77777777" w:rsidR="00BF5BBE" w:rsidRPr="00EE35E3" w:rsidRDefault="00BF5BBE" w:rsidP="00BF5BBE">
                            <w:pPr>
                              <w:spacing w:after="520"/>
                              <w:rPr>
                                <w:rFonts w:ascii="Valizas Book" w:hAnsi="Valizas Book"/>
                                <w:color w:val="B38600"/>
                              </w:rPr>
                            </w:pPr>
                            <w:proofErr w:type="spellStart"/>
                            <w:r w:rsidRPr="00EE35E3">
                              <w:rPr>
                                <w:rFonts w:ascii="Valizas Book" w:hAnsi="Valizas Book"/>
                                <w:b/>
                                <w:color w:val="B38600"/>
                                <w:sz w:val="48"/>
                              </w:rPr>
                              <w:t>Impulskarten</w:t>
                            </w:r>
                            <w:proofErr w:type="spellEnd"/>
                            <w:r w:rsidRPr="00EE35E3">
                              <w:rPr>
                                <w:rFonts w:ascii="Valizas Book" w:hAnsi="Valizas Book"/>
                                <w:b/>
                                <w:color w:val="B386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 w:rsidRPr="00EE35E3">
                              <w:rPr>
                                <w:rFonts w:ascii="Valizas Book" w:hAnsi="Valizas Book"/>
                                <w:b/>
                                <w:color w:val="B38600"/>
                                <w:sz w:val="48"/>
                              </w:rPr>
                              <w:t>zum</w:t>
                            </w:r>
                            <w:proofErr w:type="spellEnd"/>
                            <w:r w:rsidRPr="00EE35E3">
                              <w:rPr>
                                <w:rFonts w:ascii="Valizas Book" w:hAnsi="Valizas Book"/>
                                <w:b/>
                                <w:color w:val="B386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 w:rsidRPr="00EE35E3">
                              <w:rPr>
                                <w:rFonts w:ascii="Valizas Book" w:hAnsi="Valizas Book"/>
                                <w:b/>
                                <w:color w:val="B38600"/>
                                <w:sz w:val="48"/>
                              </w:rPr>
                              <w:t>Mitnehmen</w:t>
                            </w:r>
                            <w:proofErr w:type="spellEnd"/>
                          </w:p>
                          <w:p w14:paraId="2A94D952" w14:textId="77777777" w:rsidR="00BF5BBE" w:rsidRDefault="00BF5BBE" w:rsidP="00BF5BBE">
                            <w:pPr>
                              <w:spacing w:after="360" w:line="300" w:lineRule="auto"/>
                              <w:rPr>
                                <w:rFonts w:ascii="Valizas Book" w:eastAsia="Aptos" w:hAnsi="Valizas Book"/>
                                <w:color w:val="FFFFFF" w:themeColor="background1"/>
                                <w:sz w:val="30"/>
                              </w:rPr>
                            </w:pPr>
                          </w:p>
                          <w:p w14:paraId="2B61F27C" w14:textId="77777777" w:rsidR="00BF5BBE" w:rsidRPr="00740232" w:rsidRDefault="00BF5BBE" w:rsidP="00BF5BBE">
                            <w:pPr>
                              <w:spacing w:after="360" w:line="300" w:lineRule="auto"/>
                              <w:rPr>
                                <w:rFonts w:ascii="Messina Sans Book" w:hAnsi="Messina Sans Book"/>
                                <w:color w:val="FFFFFF" w:themeColor="background1"/>
                              </w:rPr>
                            </w:pP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Kurze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Impulse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rund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um </w:t>
                            </w:r>
                            <w:r w:rsidRPr="00740232">
                              <w:rPr>
                                <w:rFonts w:ascii="Messina Sans Book" w:hAnsi="Messina Sans Book"/>
                                <w:color w:val="FFFFFF" w:themeColor="background1"/>
                                <w:sz w:val="30"/>
                              </w:rPr>
                              <w:t xml:space="preserve">die </w:t>
                            </w:r>
                            <w:proofErr w:type="spellStart"/>
                            <w:r w:rsidRPr="00740232">
                              <w:rPr>
                                <w:rFonts w:ascii="Messina Sans Book" w:hAnsi="Messina Sans Book"/>
                                <w:color w:val="FFFFFF" w:themeColor="background1"/>
                                <w:sz w:val="30"/>
                              </w:rPr>
                              <w:t>Themen</w:t>
                            </w:r>
                            <w:proofErr w:type="spellEnd"/>
                            <w:r w:rsidRPr="00740232">
                              <w:rPr>
                                <w:rFonts w:ascii="Messina Sans Book" w:hAnsi="Messina Sans Book"/>
                                <w:color w:val="FFFFFF" w:themeColor="background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Schöpfung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, Frieden,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Einfachheit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,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Teilen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und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Unterwegssein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. Für Kinder,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Erwachsene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und alle, die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einen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franziskanischen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Impuls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mit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in den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Alltag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nehmen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möchten</w:t>
                            </w:r>
                            <w:proofErr w:type="spellEnd"/>
                            <w:r w:rsidRPr="00740232">
                              <w:rPr>
                                <w:rFonts w:ascii="Messina Sans Book" w:eastAsia="Aptos" w:hAnsi="Messina Sans Book"/>
                                <w:color w:val="FFFFFF" w:themeColor="background1"/>
                                <w:sz w:val="30"/>
                              </w:rPr>
                              <w:t>.</w:t>
                            </w:r>
                          </w:p>
                          <w:p w14:paraId="67A054C3" w14:textId="325FA19F" w:rsidR="00BF5BBE" w:rsidRPr="00EE35E3" w:rsidRDefault="00BF5BBE" w:rsidP="00BF5BBE">
                            <w:pPr>
                              <w:rPr>
                                <w:rFonts w:ascii="Messina Sans" w:hAnsi="Messina Sans"/>
                                <w:color w:val="B38600"/>
                                <w:sz w:val="24"/>
                                <w:szCs w:val="24"/>
                              </w:rPr>
                            </w:pPr>
                            <w:r w:rsidRPr="00EE35E3">
                              <w:rPr>
                                <w:rFonts w:ascii="Messina Sans" w:eastAsia="Aptos" w:hAnsi="Messina Sans"/>
                                <w:color w:val="B38600"/>
                                <w:sz w:val="24"/>
                                <w:szCs w:val="24"/>
                              </w:rPr>
                              <w:t xml:space="preserve">Vorlage für KÖB-Teams im </w:t>
                            </w:r>
                            <w:proofErr w:type="spellStart"/>
                            <w:r w:rsidRPr="00EE35E3">
                              <w:rPr>
                                <w:rFonts w:ascii="Messina Sans" w:eastAsia="Aptos" w:hAnsi="Messina Sans"/>
                                <w:color w:val="B38600"/>
                                <w:sz w:val="24"/>
                                <w:szCs w:val="24"/>
                              </w:rPr>
                              <w:t>Franziskus</w:t>
                            </w:r>
                            <w:r w:rsidR="00EE35E3">
                              <w:rPr>
                                <w:rFonts w:ascii="Messina Sans" w:eastAsia="Aptos" w:hAnsi="Messina Sans"/>
                                <w:color w:val="B38600"/>
                                <w:sz w:val="24"/>
                                <w:szCs w:val="24"/>
                              </w:rPr>
                              <w:t>-J</w:t>
                            </w:r>
                            <w:r w:rsidRPr="00EE35E3">
                              <w:rPr>
                                <w:rFonts w:ascii="Messina Sans" w:eastAsia="Aptos" w:hAnsi="Messina Sans"/>
                                <w:color w:val="B38600"/>
                                <w:sz w:val="24"/>
                                <w:szCs w:val="24"/>
                              </w:rPr>
                              <w:t>ahr</w:t>
                            </w:r>
                            <w:proofErr w:type="spellEnd"/>
                            <w:r w:rsidRPr="00EE35E3">
                              <w:rPr>
                                <w:rFonts w:ascii="Messina Sans" w:eastAsia="Aptos" w:hAnsi="Messina Sans"/>
                                <w:color w:val="B38600"/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  <w:p w14:paraId="0CE0B541" w14:textId="77777777" w:rsidR="00BF5BBE" w:rsidRDefault="00BF5B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A22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2.65pt;margin-top:14.4pt;width:770.25pt;height:53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" fillcolor="#004133">
                <v:textbox>
                  <w:txbxContent>
                    <w:p w14:paraId="3C0BCA16" w14:textId="77777777" w:rsidR="00BF5BBE" w:rsidRDefault="00BF5BBE" w:rsidP="00BF5BBE">
                      <w:pPr>
                        <w:spacing w:after="120"/>
                        <w:rPr>
                          <w:rFonts w:ascii="Valizas Book" w:hAnsi="Valizas Book"/>
                          <w:b/>
                          <w:color w:val="FFFFFF" w:themeColor="background1"/>
                          <w:sz w:val="108"/>
                        </w:rPr>
                      </w:pPr>
                    </w:p>
                    <w:p w14:paraId="2B549099" w14:textId="77777777" w:rsidR="00BF5BBE" w:rsidRPr="00BF5BBE" w:rsidRDefault="00BF5BBE" w:rsidP="00BF5BBE">
                      <w:pPr>
                        <w:spacing w:after="120"/>
                        <w:rPr>
                          <w:rFonts w:ascii="Valizas Book" w:hAnsi="Valizas Book"/>
                          <w:color w:val="FFFFFF" w:themeColor="background1"/>
                        </w:rPr>
                      </w:pPr>
                      <w:proofErr w:type="spellStart"/>
                      <w:r w:rsidRPr="00BF5BBE">
                        <w:rPr>
                          <w:rFonts w:ascii="Valizas Book" w:hAnsi="Valizas Book"/>
                          <w:b/>
                          <w:color w:val="FFFFFF" w:themeColor="background1"/>
                          <w:sz w:val="108"/>
                        </w:rPr>
                        <w:t>Franziskus</w:t>
                      </w:r>
                      <w:proofErr w:type="spellEnd"/>
                      <w:r w:rsidRPr="00BF5BBE">
                        <w:rPr>
                          <w:rFonts w:ascii="Valizas Book" w:hAnsi="Valizas Book"/>
                          <w:b/>
                          <w:color w:val="FFFFFF" w:themeColor="background1"/>
                          <w:sz w:val="108"/>
                        </w:rPr>
                        <w:t xml:space="preserve"> to go</w:t>
                      </w:r>
                    </w:p>
                    <w:p w14:paraId="663C18EB" w14:textId="77777777" w:rsidR="00BF5BBE" w:rsidRPr="00EE35E3" w:rsidRDefault="00BF5BBE" w:rsidP="00BF5BBE">
                      <w:pPr>
                        <w:spacing w:after="520"/>
                        <w:rPr>
                          <w:rFonts w:ascii="Valizas Book" w:hAnsi="Valizas Book"/>
                          <w:color w:val="B38600"/>
                        </w:rPr>
                      </w:pPr>
                      <w:proofErr w:type="spellStart"/>
                      <w:r w:rsidRPr="00EE35E3">
                        <w:rPr>
                          <w:rFonts w:ascii="Valizas Book" w:hAnsi="Valizas Book"/>
                          <w:b/>
                          <w:color w:val="B38600"/>
                          <w:sz w:val="48"/>
                        </w:rPr>
                        <w:t>Impulskarten</w:t>
                      </w:r>
                      <w:proofErr w:type="spellEnd"/>
                      <w:r w:rsidRPr="00EE35E3">
                        <w:rPr>
                          <w:rFonts w:ascii="Valizas Book" w:hAnsi="Valizas Book"/>
                          <w:b/>
                          <w:color w:val="B38600"/>
                          <w:sz w:val="48"/>
                        </w:rPr>
                        <w:t xml:space="preserve"> </w:t>
                      </w:r>
                      <w:proofErr w:type="spellStart"/>
                      <w:r w:rsidRPr="00EE35E3">
                        <w:rPr>
                          <w:rFonts w:ascii="Valizas Book" w:hAnsi="Valizas Book"/>
                          <w:b/>
                          <w:color w:val="B38600"/>
                          <w:sz w:val="48"/>
                        </w:rPr>
                        <w:t>zum</w:t>
                      </w:r>
                      <w:proofErr w:type="spellEnd"/>
                      <w:r w:rsidRPr="00EE35E3">
                        <w:rPr>
                          <w:rFonts w:ascii="Valizas Book" w:hAnsi="Valizas Book"/>
                          <w:b/>
                          <w:color w:val="B38600"/>
                          <w:sz w:val="48"/>
                        </w:rPr>
                        <w:t xml:space="preserve"> </w:t>
                      </w:r>
                      <w:proofErr w:type="spellStart"/>
                      <w:r w:rsidRPr="00EE35E3">
                        <w:rPr>
                          <w:rFonts w:ascii="Valizas Book" w:hAnsi="Valizas Book"/>
                          <w:b/>
                          <w:color w:val="B38600"/>
                          <w:sz w:val="48"/>
                        </w:rPr>
                        <w:t>Mitnehmen</w:t>
                      </w:r>
                      <w:proofErr w:type="spellEnd"/>
                    </w:p>
                    <w:p w14:paraId="2A94D952" w14:textId="77777777" w:rsidR="00BF5BBE" w:rsidRDefault="00BF5BBE" w:rsidP="00BF5BBE">
                      <w:pPr>
                        <w:spacing w:after="360" w:line="300" w:lineRule="auto"/>
                        <w:rPr>
                          <w:rFonts w:ascii="Valizas Book" w:eastAsia="Aptos" w:hAnsi="Valizas Book"/>
                          <w:color w:val="FFFFFF" w:themeColor="background1"/>
                          <w:sz w:val="30"/>
                        </w:rPr>
                      </w:pPr>
                    </w:p>
                    <w:p w14:paraId="2B61F27C" w14:textId="77777777" w:rsidR="00BF5BBE" w:rsidRPr="00740232" w:rsidRDefault="00BF5BBE" w:rsidP="00BF5BBE">
                      <w:pPr>
                        <w:spacing w:after="360" w:line="300" w:lineRule="auto"/>
                        <w:rPr>
                          <w:rFonts w:ascii="Messina Sans Book" w:hAnsi="Messina Sans Book"/>
                          <w:color w:val="FFFFFF" w:themeColor="background1"/>
                        </w:rPr>
                      </w:pP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Kurze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Impulse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rund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um </w:t>
                      </w:r>
                      <w:r w:rsidRPr="00740232">
                        <w:rPr>
                          <w:rFonts w:ascii="Messina Sans Book" w:hAnsi="Messina Sans Book"/>
                          <w:color w:val="FFFFFF" w:themeColor="background1"/>
                          <w:sz w:val="30"/>
                        </w:rPr>
                        <w:t xml:space="preserve">die </w:t>
                      </w:r>
                      <w:proofErr w:type="spellStart"/>
                      <w:r w:rsidRPr="00740232">
                        <w:rPr>
                          <w:rFonts w:ascii="Messina Sans Book" w:hAnsi="Messina Sans Book"/>
                          <w:color w:val="FFFFFF" w:themeColor="background1"/>
                          <w:sz w:val="30"/>
                        </w:rPr>
                        <w:t>Themen</w:t>
                      </w:r>
                      <w:proofErr w:type="spellEnd"/>
                      <w:r w:rsidRPr="00740232">
                        <w:rPr>
                          <w:rFonts w:ascii="Messina Sans Book" w:hAnsi="Messina Sans Book"/>
                          <w:color w:val="FFFFFF" w:themeColor="background1"/>
                          <w:sz w:val="30"/>
                        </w:rPr>
                        <w:t xml:space="preserve">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Schöpfung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, Frieden,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Einfachheit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,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Teilen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und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Unterwegssein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. Für Kinder,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Erwachsene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und alle, die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einen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franziskanischen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Impuls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mit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in den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Alltag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nehmen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 xml:space="preserve"> </w:t>
                      </w:r>
                      <w:proofErr w:type="spellStart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möchten</w:t>
                      </w:r>
                      <w:proofErr w:type="spellEnd"/>
                      <w:r w:rsidRPr="00740232">
                        <w:rPr>
                          <w:rFonts w:ascii="Messina Sans Book" w:eastAsia="Aptos" w:hAnsi="Messina Sans Book"/>
                          <w:color w:val="FFFFFF" w:themeColor="background1"/>
                          <w:sz w:val="30"/>
                        </w:rPr>
                        <w:t>.</w:t>
                      </w:r>
                    </w:p>
                    <w:p w14:paraId="67A054C3" w14:textId="325FA19F" w:rsidR="00BF5BBE" w:rsidRPr="00EE35E3" w:rsidRDefault="00BF5BBE" w:rsidP="00BF5BBE">
                      <w:pPr>
                        <w:rPr>
                          <w:rFonts w:ascii="Messina Sans" w:hAnsi="Messina Sans"/>
                          <w:color w:val="B38600"/>
                          <w:sz w:val="24"/>
                          <w:szCs w:val="24"/>
                        </w:rPr>
                      </w:pPr>
                      <w:r w:rsidRPr="00EE35E3">
                        <w:rPr>
                          <w:rFonts w:ascii="Messina Sans" w:eastAsia="Aptos" w:hAnsi="Messina Sans"/>
                          <w:color w:val="B38600"/>
                          <w:sz w:val="24"/>
                          <w:szCs w:val="24"/>
                        </w:rPr>
                        <w:t xml:space="preserve">Vorlage für KÖB-Teams im </w:t>
                      </w:r>
                      <w:proofErr w:type="spellStart"/>
                      <w:r w:rsidRPr="00EE35E3">
                        <w:rPr>
                          <w:rFonts w:ascii="Messina Sans" w:eastAsia="Aptos" w:hAnsi="Messina Sans"/>
                          <w:color w:val="B38600"/>
                          <w:sz w:val="24"/>
                          <w:szCs w:val="24"/>
                        </w:rPr>
                        <w:t>Franziskus</w:t>
                      </w:r>
                      <w:r w:rsidR="00EE35E3">
                        <w:rPr>
                          <w:rFonts w:ascii="Messina Sans" w:eastAsia="Aptos" w:hAnsi="Messina Sans"/>
                          <w:color w:val="B38600"/>
                          <w:sz w:val="24"/>
                          <w:szCs w:val="24"/>
                        </w:rPr>
                        <w:t>-J</w:t>
                      </w:r>
                      <w:r w:rsidRPr="00EE35E3">
                        <w:rPr>
                          <w:rFonts w:ascii="Messina Sans" w:eastAsia="Aptos" w:hAnsi="Messina Sans"/>
                          <w:color w:val="B38600"/>
                          <w:sz w:val="24"/>
                          <w:szCs w:val="24"/>
                        </w:rPr>
                        <w:t>ahr</w:t>
                      </w:r>
                      <w:proofErr w:type="spellEnd"/>
                      <w:r w:rsidRPr="00EE35E3">
                        <w:rPr>
                          <w:rFonts w:ascii="Messina Sans" w:eastAsia="Aptos" w:hAnsi="Messina Sans"/>
                          <w:color w:val="B38600"/>
                          <w:sz w:val="24"/>
                          <w:szCs w:val="24"/>
                        </w:rPr>
                        <w:t xml:space="preserve"> 2026</w:t>
                      </w:r>
                    </w:p>
                    <w:p w14:paraId="0CE0B541" w14:textId="77777777" w:rsidR="00BF5BBE" w:rsidRDefault="00BF5BBE"/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513366E6" w14:textId="77777777" w:rsidR="00BF5BBE" w:rsidRDefault="00BF5BBE"/>
    <w:p w14:paraId="3BFF737A" w14:textId="77777777" w:rsidR="00BF5BBE" w:rsidRDefault="00BF5BBE" w:rsidP="00BF5BBE">
      <w:pPr>
        <w:ind w:firstLine="720"/>
        <w:rPr>
          <w:rFonts w:ascii="Valizas Book" w:eastAsia="Aptos" w:hAnsi="Valizas Book"/>
          <w:color w:val="004133"/>
          <w:sz w:val="30"/>
        </w:rPr>
      </w:pPr>
      <w:proofErr w:type="spellStart"/>
      <w:r w:rsidRPr="00BF5BBE">
        <w:rPr>
          <w:rFonts w:ascii="Valizas Book" w:eastAsia="Aptos" w:hAnsi="Valizas Book"/>
          <w:color w:val="004133"/>
          <w:sz w:val="30"/>
        </w:rPr>
        <w:t>Kurze</w:t>
      </w:r>
      <w:proofErr w:type="spellEnd"/>
      <w:r w:rsidRPr="00BF5BBE">
        <w:rPr>
          <w:rFonts w:ascii="Valizas Book" w:eastAsia="Aptos" w:hAnsi="Valizas Book"/>
          <w:color w:val="004133"/>
          <w:sz w:val="30"/>
        </w:rPr>
        <w:t xml:space="preserve"> Gedanken und </w:t>
      </w:r>
      <w:proofErr w:type="spellStart"/>
      <w:r w:rsidRPr="00BF5BBE">
        <w:rPr>
          <w:rFonts w:ascii="Valizas Book" w:eastAsia="Aptos" w:hAnsi="Valizas Book"/>
          <w:color w:val="004133"/>
          <w:sz w:val="30"/>
        </w:rPr>
        <w:t>kleine</w:t>
      </w:r>
      <w:proofErr w:type="spellEnd"/>
      <w:r w:rsidRPr="00BF5BBE">
        <w:rPr>
          <w:rFonts w:ascii="Valizas Book" w:eastAsia="Aptos" w:hAnsi="Valizas Book"/>
          <w:color w:val="004133"/>
          <w:sz w:val="30"/>
        </w:rPr>
        <w:t xml:space="preserve"> </w:t>
      </w:r>
      <w:proofErr w:type="spellStart"/>
      <w:r w:rsidRPr="00BF5BBE">
        <w:rPr>
          <w:rFonts w:ascii="Valizas Book" w:eastAsia="Aptos" w:hAnsi="Valizas Book"/>
          <w:color w:val="004133"/>
          <w:sz w:val="30"/>
        </w:rPr>
        <w:t>Impulsfragen</w:t>
      </w:r>
      <w:proofErr w:type="spellEnd"/>
      <w:r w:rsidRPr="00BF5BBE">
        <w:rPr>
          <w:rFonts w:ascii="Valizas Book" w:eastAsia="Aptos" w:hAnsi="Valizas Book"/>
          <w:color w:val="004133"/>
          <w:sz w:val="30"/>
        </w:rPr>
        <w:t xml:space="preserve"> </w:t>
      </w:r>
      <w:r w:rsidRPr="0023136E">
        <w:rPr>
          <w:rFonts w:ascii="Valizas Book" w:eastAsia="Aptos" w:hAnsi="Valizas Book"/>
          <w:color w:val="B38600"/>
          <w:sz w:val="30"/>
        </w:rPr>
        <w:t>für Kinder</w:t>
      </w:r>
    </w:p>
    <w:p w14:paraId="274B5562" w14:textId="77777777" w:rsidR="00EE35E3" w:rsidRPr="00EE35E3" w:rsidRDefault="00EE35E3" w:rsidP="00BF5BBE">
      <w:pPr>
        <w:ind w:firstLine="720"/>
        <w:rPr>
          <w:color w:val="004133"/>
          <w:sz w:val="16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  <w:gridCol w:w="5244"/>
      </w:tblGrid>
      <w:tr w:rsidR="00B831D0" w14:paraId="416FAF5A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1D5DEE0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FDD4B4" w14:textId="77777777" w:rsidR="00DB4C8F" w:rsidRDefault="00DB4C8F"/>
              </w:tc>
            </w:tr>
            <w:tr w:rsidR="00DB4C8F" w14:paraId="39897C6F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D3F6EA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62B44A0B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findest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draußen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besonders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schön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  <w:r w:rsidR="00BF5BBE">
                    <w:rPr>
                      <w:b/>
                      <w:color w:val="1F1F1F"/>
                      <w:sz w:val="29"/>
                    </w:rPr>
                    <w:t xml:space="preserve"> </w:t>
                  </w:r>
                </w:p>
              </w:tc>
            </w:tr>
            <w:tr w:rsidR="00DB4C8F" w14:paraId="083C3316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A779280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A79BEFA" wp14:editId="4BA03AA3">
                        <wp:extent cx="786384" cy="584642"/>
                        <wp:effectExtent l="0" t="0" r="0" b="0"/>
                        <wp:docPr id="218" name="Picture 2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808CC4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0A777E9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A4F067" w14:textId="77777777" w:rsidR="00DB4C8F" w:rsidRDefault="00DB4C8F"/>
              </w:tc>
            </w:tr>
            <w:tr w:rsidR="00DB4C8F" w14:paraId="3E368651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AFECF9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3F2309AA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Welches Tier würdest du gern beschützen?</w:t>
                  </w:r>
                </w:p>
              </w:tc>
            </w:tr>
            <w:tr w:rsidR="00DB4C8F" w14:paraId="396564AF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CCB96CF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CF6536F" wp14:editId="70EBA974">
                        <wp:extent cx="786384" cy="584642"/>
                        <wp:effectExtent l="0" t="0" r="0" b="0"/>
                        <wp:docPr id="219" name="Picture 2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1D44D1E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D7DD17B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9F2C93" w14:textId="77777777" w:rsidR="00DB4C8F" w:rsidRDefault="00DB4C8F"/>
              </w:tc>
            </w:tr>
            <w:tr w:rsidR="00DB4C8F" w14:paraId="3938CA7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DA3080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13839005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Welche Pflanze magst du am liebsten?</w:t>
                  </w:r>
                </w:p>
              </w:tc>
            </w:tr>
            <w:tr w:rsidR="00DB4C8F" w14:paraId="31F0F744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BCD980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BD0C912" wp14:editId="33BE69D1">
                        <wp:extent cx="786384" cy="584642"/>
                        <wp:effectExtent l="0" t="0" r="0" b="0"/>
                        <wp:docPr id="220" name="Picture 2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4AB789" w14:textId="77777777" w:rsidR="00DB4C8F" w:rsidRDefault="00DB4C8F"/>
        </w:tc>
      </w:tr>
      <w:tr w:rsidR="00B831D0" w14:paraId="41CCA94D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2CA196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A6EC74" w14:textId="77777777" w:rsidR="00DB4C8F" w:rsidRDefault="00DB4C8F"/>
              </w:tc>
            </w:tr>
            <w:tr w:rsidR="00DB4C8F" w14:paraId="42F64FD4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3D3040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6C70EB0D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Was hörst du, wenn du ganz leise bist?</w:t>
                  </w:r>
                </w:p>
              </w:tc>
            </w:tr>
            <w:tr w:rsidR="00DB4C8F" w14:paraId="74D923E3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E614676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AEE4C32" wp14:editId="12EDE8C4">
                        <wp:extent cx="786384" cy="584642"/>
                        <wp:effectExtent l="0" t="0" r="0" b="0"/>
                        <wp:docPr id="221" name="Picture 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42A198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3A7130F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3E0DE0" w14:textId="77777777" w:rsidR="00DB4C8F" w:rsidRDefault="00DB4C8F"/>
              </w:tc>
            </w:tr>
            <w:tr w:rsidR="00DB4C8F" w14:paraId="46CD2A3E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92E145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1CD8DE19" w14:textId="77777777" w:rsidR="00B831D0" w:rsidRDefault="008B7CDD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Such</w:t>
                  </w:r>
                  <w:r w:rsidR="00180F92">
                    <w:rPr>
                      <w:b/>
                      <w:color w:val="1F1F1F"/>
                      <w:sz w:val="29"/>
                    </w:rPr>
                    <w:t>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draußen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Lieblingsfarbe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. Wo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findest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sie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1E99065A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DA591A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C076F6F" wp14:editId="544AD30F">
                        <wp:extent cx="786384" cy="584642"/>
                        <wp:effectExtent l="0" t="0" r="0" b="0"/>
                        <wp:docPr id="222" name="Picture 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955E3E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5BC6363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4D6F87" w14:textId="77777777" w:rsidR="00DB4C8F" w:rsidRDefault="00DB4C8F"/>
              </w:tc>
            </w:tr>
            <w:tr w:rsidR="00DB4C8F" w14:paraId="556706D9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3DA288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429125E1" w14:textId="77777777" w:rsidR="00B831D0" w:rsidRDefault="008B7CDD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draußen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mehr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Spaß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die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Sonne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scheint</w:t>
                  </w:r>
                  <w:proofErr w:type="spellEnd"/>
                  <w:r w:rsidRPr="008B7CDD">
                    <w:rPr>
                      <w:b/>
                      <w:sz w:val="29"/>
                    </w:rPr>
                    <w:t>?</w:t>
                  </w:r>
                </w:p>
              </w:tc>
            </w:tr>
            <w:tr w:rsidR="00DB4C8F" w14:paraId="4EB66AD8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7E9210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58FC934" wp14:editId="0826B92B">
                        <wp:extent cx="786384" cy="584642"/>
                        <wp:effectExtent l="0" t="0" r="0" b="0"/>
                        <wp:docPr id="223" name="Picture 2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2DC433" w14:textId="77777777" w:rsidR="00DB4C8F" w:rsidRDefault="00DB4C8F"/>
        </w:tc>
      </w:tr>
      <w:tr w:rsidR="00B831D0" w14:paraId="20C793E3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A15F1E8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87C178" w14:textId="77777777" w:rsidR="00DB4C8F" w:rsidRDefault="00DB4C8F"/>
              </w:tc>
            </w:tr>
            <w:tr w:rsidR="00DB4C8F" w14:paraId="7C687E5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EE3EE6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5CEFF3CA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Was wächst aus der Erde, das du gern magst?</w:t>
                  </w:r>
                </w:p>
              </w:tc>
            </w:tr>
            <w:tr w:rsidR="00DB4C8F" w14:paraId="2D5D156C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C400BC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09A61F7" wp14:editId="4DAD152D">
                        <wp:extent cx="786384" cy="584642"/>
                        <wp:effectExtent l="0" t="0" r="0" b="0"/>
                        <wp:docPr id="224" name="Picture 2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70BA401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9729BA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9F970D" w14:textId="77777777" w:rsidR="00DB4C8F" w:rsidRDefault="00DB4C8F"/>
              </w:tc>
            </w:tr>
            <w:tr w:rsidR="00DB4C8F" w14:paraId="579D315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CA058B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6D43A852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Wenn der Wind sprechen könnte, was würde er erzählen?</w:t>
                  </w:r>
                </w:p>
              </w:tc>
            </w:tr>
            <w:tr w:rsidR="00DB4C8F" w14:paraId="187AFAD9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7A0768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4122E07" wp14:editId="487C6B61">
                        <wp:extent cx="786384" cy="584642"/>
                        <wp:effectExtent l="0" t="0" r="0" b="0"/>
                        <wp:docPr id="225" name="Picture 2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F6170C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73524950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DEF463" w14:textId="77777777" w:rsidR="00DB4C8F" w:rsidRDefault="00DB4C8F"/>
              </w:tc>
            </w:tr>
            <w:tr w:rsidR="00DB4C8F" w14:paraId="5555B1FA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D3699D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67878712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Was kannst du sagen, damit sich jemand besser fühlt?</w:t>
                  </w:r>
                </w:p>
              </w:tc>
            </w:tr>
            <w:tr w:rsidR="00DB4C8F" w14:paraId="48CEDC38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399A800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83041DA" wp14:editId="1E5B2B54">
                        <wp:extent cx="786384" cy="584642"/>
                        <wp:effectExtent l="0" t="0" r="0" b="0"/>
                        <wp:docPr id="226" name="Picture 2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E3307A" w14:textId="77777777" w:rsidR="00DB4C8F" w:rsidRDefault="00DB4C8F"/>
        </w:tc>
      </w:tr>
      <w:tr w:rsidR="00B831D0" w14:paraId="543F3ACA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2B59178D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811D98" w14:textId="77777777" w:rsidR="00DB4C8F" w:rsidRDefault="00DB4C8F"/>
              </w:tc>
            </w:tr>
            <w:tr w:rsidR="00DB4C8F" w14:paraId="078263D0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E95311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>
                    <w:br w:type="page"/>
                  </w:r>
                  <w:r w:rsidRPr="00BF5BBE"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79247AA7" w14:textId="77777777" w:rsidR="00B831D0" w:rsidRDefault="008B7CDD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hört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gerne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zu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etwas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erzählen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möchtest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04553AE0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3BE1E1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A99F4E8" wp14:editId="6F553561">
                        <wp:extent cx="786384" cy="584642"/>
                        <wp:effectExtent l="0" t="0" r="0" b="0"/>
                        <wp:docPr id="227" name="Picture 2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4C05773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1D0FF29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E7B9D4" w14:textId="77777777" w:rsidR="00DB4C8F" w:rsidRDefault="00DB4C8F"/>
              </w:tc>
            </w:tr>
            <w:tr w:rsidR="00DB4C8F" w14:paraId="26D8F5F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D9BF8F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21968780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Wem könntest du heute freundlich zulächeln?</w:t>
                  </w:r>
                </w:p>
              </w:tc>
            </w:tr>
            <w:tr w:rsidR="00DB4C8F" w14:paraId="5EA2D20A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60F4F8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2EDC6EC" wp14:editId="66F508CD">
                        <wp:extent cx="786384" cy="584642"/>
                        <wp:effectExtent l="0" t="0" r="0" b="0"/>
                        <wp:docPr id="228" name="Picture 2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60C4E4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C58B71E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6E30F3" w14:textId="77777777" w:rsidR="00DB4C8F" w:rsidRDefault="00DB4C8F"/>
              </w:tc>
            </w:tr>
            <w:tr w:rsidR="00DB4C8F" w14:paraId="4146B84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75AF66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37D6AA0E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Was hilft, wenn zwei sich streiten?</w:t>
                  </w:r>
                </w:p>
              </w:tc>
            </w:tr>
            <w:tr w:rsidR="00DB4C8F" w14:paraId="4A1F3109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1913F3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15F7BBC" wp14:editId="271ABE47">
                        <wp:extent cx="786384" cy="584642"/>
                        <wp:effectExtent l="0" t="0" r="0" b="0"/>
                        <wp:docPr id="229" name="Picture 2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A9055B" w14:textId="77777777" w:rsidR="00DB4C8F" w:rsidRDefault="00DB4C8F"/>
        </w:tc>
      </w:tr>
      <w:tr w:rsidR="00B831D0" w14:paraId="46B5466D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7C820A5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BF4335" w14:textId="77777777" w:rsidR="00DB4C8F" w:rsidRDefault="00DB4C8F"/>
              </w:tc>
            </w:tr>
            <w:tr w:rsidR="00DB4C8F" w14:paraId="13A635AA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D38D64" w14:textId="77777777" w:rsidR="00B831D0" w:rsidRPr="00BF5BBE" w:rsidRDefault="00000000">
                  <w:pPr>
                    <w:spacing w:after="72"/>
                    <w:jc w:val="center"/>
                    <w:rPr>
                      <w:color w:val="004133"/>
                    </w:rPr>
                  </w:pPr>
                  <w:r w:rsidRPr="00BF5BBE"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05E3EA75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Welches Wort tut dir gut?</w:t>
                  </w:r>
                </w:p>
              </w:tc>
            </w:tr>
            <w:tr w:rsidR="00DB4C8F" w14:paraId="53DA9C15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A658635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802819C" wp14:editId="23331304">
                        <wp:extent cx="786384" cy="584642"/>
                        <wp:effectExtent l="0" t="0" r="0" b="0"/>
                        <wp:docPr id="230" name="Picture 2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4A2C300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B0AA7C3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1F83A8" w14:textId="77777777" w:rsidR="00DB4C8F" w:rsidRDefault="00DB4C8F"/>
              </w:tc>
            </w:tr>
            <w:tr w:rsidR="00DB4C8F" w14:paraId="5D254D9D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D2B4B1" w14:textId="77777777" w:rsidR="00B831D0" w:rsidRDefault="00000000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686A9D66" w14:textId="6C21C9B9" w:rsidR="00B831D0" w:rsidRDefault="00EE35E3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“</w:t>
                  </w:r>
                  <w:r w:rsidR="00000000">
                    <w:rPr>
                      <w:b/>
                      <w:color w:val="1F1F1F"/>
                      <w:sz w:val="29"/>
                    </w:rPr>
                    <w:t>Pace e bene</w:t>
                  </w:r>
                  <w:r>
                    <w:rPr>
                      <w:b/>
                      <w:color w:val="1F1F1F"/>
                      <w:sz w:val="29"/>
                    </w:rPr>
                    <w:t>”</w:t>
                  </w:r>
                  <w:r w:rsidR="00000000"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 w:rsidR="00000000">
                    <w:rPr>
                      <w:b/>
                      <w:color w:val="1F1F1F"/>
                      <w:sz w:val="29"/>
                    </w:rPr>
                    <w:t>heißt</w:t>
                  </w:r>
                  <w:proofErr w:type="spellEnd"/>
                  <w:r w:rsidR="00000000">
                    <w:rPr>
                      <w:b/>
                      <w:color w:val="1F1F1F"/>
                      <w:sz w:val="29"/>
                    </w:rPr>
                    <w:t>: Frieden und Gutes. Wem wünschst du das?</w:t>
                  </w:r>
                </w:p>
              </w:tc>
            </w:tr>
            <w:tr w:rsidR="00DB4C8F" w14:paraId="7D7FAFC4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B1F5EAB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96D5605" wp14:editId="7289E849">
                        <wp:extent cx="786384" cy="584642"/>
                        <wp:effectExtent l="0" t="0" r="0" b="0"/>
                        <wp:docPr id="231" name="Picture 2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86F6E7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72DB59D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BAC9C5" w14:textId="77777777" w:rsidR="00DB4C8F" w:rsidRDefault="00DB4C8F"/>
              </w:tc>
            </w:tr>
            <w:tr w:rsidR="00DB4C8F" w14:paraId="4B9A24E9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126DB0" w14:textId="77777777" w:rsidR="00B831D0" w:rsidRDefault="00000000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3206D806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Wie fühlt sich Frieden für dich an?</w:t>
                  </w:r>
                </w:p>
              </w:tc>
            </w:tr>
            <w:tr w:rsidR="00DB4C8F" w14:paraId="19DDBFAF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86EA77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FA13D12" wp14:editId="57B09B74">
                        <wp:extent cx="786384" cy="584642"/>
                        <wp:effectExtent l="0" t="0" r="0" b="0"/>
                        <wp:docPr id="232" name="Picture 2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0F5824" w14:textId="77777777" w:rsidR="00DB4C8F" w:rsidRDefault="00DB4C8F"/>
        </w:tc>
      </w:tr>
      <w:tr w:rsidR="00B831D0" w14:paraId="2002CC1D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EF2897E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5BAC6C" w14:textId="77777777" w:rsidR="00DB4C8F" w:rsidRDefault="00DB4C8F"/>
              </w:tc>
            </w:tr>
            <w:tr w:rsidR="00DB4C8F" w14:paraId="7E2028EE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9193F2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00E57758" w14:textId="77777777" w:rsidR="00B831D0" w:rsidRDefault="00BF5BBE" w:rsidP="00BF5BBE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Stell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vor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kleinen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Ausflug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.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drei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Dinge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nimmst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5316929D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CF3AFC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D4888A9" wp14:editId="52AF74DD">
                        <wp:extent cx="786384" cy="584642"/>
                        <wp:effectExtent l="0" t="0" r="0" b="0"/>
                        <wp:docPr id="233" name="Picture 2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036C4D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EC4B2AB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5E8297" w14:textId="77777777" w:rsidR="00DB4C8F" w:rsidRDefault="00DB4C8F"/>
              </w:tc>
            </w:tr>
            <w:tr w:rsidR="00DB4C8F" w14:paraId="1ADC3D7A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0745D5" w14:textId="77777777" w:rsidR="00B831D0" w:rsidRDefault="00000000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310EABA9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Was brauchst du, damit ein Tag schön wird?</w:t>
                  </w:r>
                </w:p>
              </w:tc>
            </w:tr>
            <w:tr w:rsidR="00DB4C8F" w14:paraId="41A93786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2F24F3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0232857" wp14:editId="4FCF5437">
                        <wp:extent cx="786384" cy="584642"/>
                        <wp:effectExtent l="0" t="0" r="0" b="0"/>
                        <wp:docPr id="234" name="Picture 2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C3E0D4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9611BFB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94F3FD" w14:textId="77777777" w:rsidR="00DB4C8F" w:rsidRDefault="00DB4C8F"/>
              </w:tc>
            </w:tr>
            <w:tr w:rsidR="00DB4C8F" w14:paraId="38488010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7B5BAC" w14:textId="77777777" w:rsidR="00B831D0" w:rsidRDefault="00000000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0078E07B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Welche kleine Pause tut dir gut?</w:t>
                  </w:r>
                </w:p>
              </w:tc>
            </w:tr>
            <w:tr w:rsidR="00DB4C8F" w14:paraId="68BE7A97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065B430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FDEAE2D" wp14:editId="7CCCD946">
                        <wp:extent cx="786384" cy="584642"/>
                        <wp:effectExtent l="0" t="0" r="0" b="0"/>
                        <wp:docPr id="235" name="Picture 2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71D4EF" w14:textId="77777777" w:rsidR="00DB4C8F" w:rsidRDefault="00DB4C8F"/>
        </w:tc>
      </w:tr>
      <w:tr w:rsidR="00B831D0" w14:paraId="1689CA57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CF4949C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D1C161" w14:textId="77777777" w:rsidR="00DB4C8F" w:rsidRDefault="00DB4C8F"/>
              </w:tc>
            </w:tr>
            <w:tr w:rsidR="00DB4C8F" w14:paraId="232D338D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F5ED81" w14:textId="77777777" w:rsidR="00B831D0" w:rsidRDefault="00000000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7EA5369D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</w:t>
                  </w:r>
                  <w:r w:rsidR="008B7CDD">
                    <w:rPr>
                      <w:b/>
                      <w:color w:val="1F1F1F"/>
                      <w:sz w:val="29"/>
                    </w:rPr>
                    <w:t>r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 w:rsidR="008B7CDD">
                    <w:rPr>
                      <w:b/>
                      <w:color w:val="1F1F1F"/>
                      <w:sz w:val="29"/>
                    </w:rPr>
                    <w:t>Freude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 xml:space="preserve"> und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kostet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 w:rsidR="008B7CDD">
                    <w:rPr>
                      <w:b/>
                      <w:color w:val="1F1F1F"/>
                      <w:sz w:val="29"/>
                    </w:rPr>
                    <w:t>nichts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08D693A1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81F6E49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9B845F8" wp14:editId="0D611888">
                        <wp:extent cx="786384" cy="584642"/>
                        <wp:effectExtent l="0" t="0" r="0" b="0"/>
                        <wp:docPr id="236" name="Picture 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EA484E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7383D458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E49061" w14:textId="77777777" w:rsidR="00DB4C8F" w:rsidRDefault="00DB4C8F"/>
              </w:tc>
            </w:tr>
            <w:tr w:rsidR="00DB4C8F" w14:paraId="2BC7BEC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761E98" w14:textId="77777777" w:rsidR="00B831D0" w:rsidRDefault="00000000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058072FB" w14:textId="77777777" w:rsidR="00B831D0" w:rsidRDefault="00000000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 w:rsidR="008B7CDD">
                    <w:rPr>
                      <w:b/>
                      <w:color w:val="1F1F1F"/>
                      <w:sz w:val="29"/>
                    </w:rPr>
                    <w:t>macht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 w:rsidR="008B7CDD">
                    <w:rPr>
                      <w:b/>
                      <w:color w:val="1F1F1F"/>
                      <w:sz w:val="29"/>
                    </w:rPr>
                    <w:t>mehr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 w:rsidR="008B7CDD">
                    <w:rPr>
                      <w:b/>
                      <w:color w:val="1F1F1F"/>
                      <w:sz w:val="29"/>
                    </w:rPr>
                    <w:t>Spaß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 w:rsidR="008B7CDD"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 xml:space="preserve"> man es</w:t>
                  </w:r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langsam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</w:t>
                  </w:r>
                  <w:r w:rsidR="008B7CDD">
                    <w:rPr>
                      <w:b/>
                      <w:color w:val="1F1F1F"/>
                      <w:sz w:val="29"/>
                    </w:rPr>
                    <w:t>t</w:t>
                  </w:r>
                  <w:proofErr w:type="spellEnd"/>
                  <w:r w:rsidR="008B7CDD"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CACA08D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EECFF5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0F6E049" wp14:editId="7A074A46">
                        <wp:extent cx="786384" cy="584642"/>
                        <wp:effectExtent l="0" t="0" r="0" b="0"/>
                        <wp:docPr id="237" name="Picture 2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98240E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8311F2F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ABF70B" w14:textId="77777777" w:rsidR="00DB4C8F" w:rsidRDefault="00DB4C8F"/>
              </w:tc>
            </w:tr>
            <w:tr w:rsidR="00DB4C8F" w14:paraId="1A7CF6F6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864523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1D171B3F" w14:textId="77777777" w:rsidR="00B831D0" w:rsidRDefault="00BF5BBE" w:rsidP="00BF5BBE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hilft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dich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ausruhen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möchtst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723224A4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1B0240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4B96601" wp14:editId="578AF088">
                        <wp:extent cx="786384" cy="584642"/>
                        <wp:effectExtent l="0" t="0" r="0" b="0"/>
                        <wp:docPr id="238" name="Picture 2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B4AE27" w14:textId="77777777" w:rsidR="00DB4C8F" w:rsidRDefault="00DB4C8F"/>
        </w:tc>
      </w:tr>
      <w:tr w:rsidR="00BF5BBE" w14:paraId="73F619FE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6F763BD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24199D" w14:textId="77777777" w:rsidR="00DB4C8F" w:rsidRDefault="00DB4C8F"/>
              </w:tc>
            </w:tr>
            <w:tr w:rsidR="00DB4C8F" w14:paraId="3695B7E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BA4358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73B66035" w14:textId="77777777" w:rsidR="00BF5BBE" w:rsidRDefault="00BF5BBE" w:rsidP="00BF5BBE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Womit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kannst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jemandem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Freude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789F15C2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BD136D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83A65C7" wp14:editId="435F4B00">
                        <wp:extent cx="786384" cy="584642"/>
                        <wp:effectExtent l="0" t="0" r="0" b="0"/>
                        <wp:docPr id="239" name="Picture 2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A12B987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B7439D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6421E0" w14:textId="77777777" w:rsidR="00DB4C8F" w:rsidRDefault="00DB4C8F"/>
              </w:tc>
            </w:tr>
            <w:tr w:rsidR="00DB4C8F" w14:paraId="50AD4F29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DB87B4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04F1F0BE" w14:textId="77777777" w:rsidR="00BF5BBE" w:rsidRDefault="00BF5BBE" w:rsidP="00BF5BBE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Freude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wird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größer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man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sie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teilt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.</w:t>
                  </w:r>
                </w:p>
              </w:tc>
            </w:tr>
            <w:tr w:rsidR="00DB4C8F" w14:paraId="01C70CD7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C2C332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9CD1252" wp14:editId="0B44AD08">
                        <wp:extent cx="786384" cy="584642"/>
                        <wp:effectExtent l="0" t="0" r="0" b="0"/>
                        <wp:docPr id="240" name="Picture 2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444602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5AE2929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3E9384" w14:textId="77777777" w:rsidR="00DB4C8F" w:rsidRDefault="00DB4C8F"/>
              </w:tc>
            </w:tr>
            <w:tr w:rsidR="00DB4C8F" w14:paraId="0BD0C10E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6DED9F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4541E3E6" w14:textId="51A02708" w:rsidR="00BF5BBE" w:rsidRDefault="00BF5BBE" w:rsidP="00BF5BBE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kannst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jemandem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 w:rsidR="00EE35E3">
                    <w:rPr>
                      <w:b/>
                      <w:color w:val="1F1F1F"/>
                      <w:sz w:val="29"/>
                    </w:rPr>
                    <w:t>t</w:t>
                  </w:r>
                  <w:r>
                    <w:rPr>
                      <w:b/>
                      <w:color w:val="1F1F1F"/>
                      <w:sz w:val="29"/>
                    </w:rPr>
                    <w:t>eilen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ihr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beide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Freude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daran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habt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061AEBE5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28AE909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4AECC31" wp14:editId="20DC6E29">
                        <wp:extent cx="786384" cy="584642"/>
                        <wp:effectExtent l="0" t="0" r="0" b="0"/>
                        <wp:docPr id="241" name="Picture 2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D859B3" w14:textId="77777777" w:rsidR="00DB4C8F" w:rsidRDefault="00DB4C8F"/>
        </w:tc>
      </w:tr>
      <w:tr w:rsidR="00BF5BBE" w14:paraId="594B0789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70901AF8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5009AD" w14:textId="77777777" w:rsidR="00DB4C8F" w:rsidRDefault="00DB4C8F"/>
              </w:tc>
            </w:tr>
            <w:tr w:rsidR="00DB4C8F" w14:paraId="15049F25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67963A" w14:textId="77777777" w:rsidR="00BF5BBE" w:rsidRDefault="00BF5BBE" w:rsidP="00BF5BBE">
                  <w:pPr>
                    <w:spacing w:after="72"/>
                    <w:jc w:val="center"/>
                  </w:pPr>
                  <w:r>
                    <w:br w:type="page"/>
                  </w: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17FB0BE9" w14:textId="77777777" w:rsidR="00BF5BBE" w:rsidRDefault="00BF5BBE" w:rsidP="00BF5BBE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teilst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gerne?</w:t>
                  </w:r>
                </w:p>
              </w:tc>
            </w:tr>
            <w:tr w:rsidR="00DB4C8F" w14:paraId="3501F843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5A1C70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37AE61F" wp14:editId="5CDB1B30">
                        <wp:extent cx="786384" cy="584642"/>
                        <wp:effectExtent l="0" t="0" r="0" b="0"/>
                        <wp:docPr id="242" name="Picture 2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79DFAAF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2DF3D2F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A6C4F7" w14:textId="77777777" w:rsidR="00DB4C8F" w:rsidRDefault="00DB4C8F"/>
              </w:tc>
            </w:tr>
            <w:tr w:rsidR="00DB4C8F" w14:paraId="6B5D7A5A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3AD485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70F7BEBE" w14:textId="77777777" w:rsidR="00BF5BBE" w:rsidRDefault="00BF5BBE" w:rsidP="00BF5BBE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Welches Spiel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zusammen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mehr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Spaß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37962056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2BCE4B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CAED7CD" wp14:editId="3A99CBBC">
                        <wp:extent cx="786384" cy="584642"/>
                        <wp:effectExtent l="0" t="0" r="0" b="0"/>
                        <wp:docPr id="243" name="Picture 2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5635E48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CA2C19D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24BE3C" w14:textId="77777777" w:rsidR="00DB4C8F" w:rsidRDefault="00DB4C8F"/>
              </w:tc>
            </w:tr>
            <w:tr w:rsidR="00DB4C8F" w14:paraId="425EBBF3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EA7841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201435C0" w14:textId="77777777" w:rsidR="00BF5BBE" w:rsidRDefault="00BF5BBE" w:rsidP="00BF5BBE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kannst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gut,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womit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jemand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anderem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helfen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kannst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5D4B19E6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5D31C4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929B33B" wp14:editId="0FCDA04D">
                        <wp:extent cx="786384" cy="584642"/>
                        <wp:effectExtent l="0" t="0" r="0" b="0"/>
                        <wp:docPr id="244" name="Picture 2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2D6366" w14:textId="77777777" w:rsidR="00DB4C8F" w:rsidRDefault="00DB4C8F"/>
        </w:tc>
      </w:tr>
      <w:tr w:rsidR="00BF5BBE" w14:paraId="10D252E2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25619B77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6CF78D" w14:textId="77777777" w:rsidR="00DB4C8F" w:rsidRDefault="00DB4C8F"/>
              </w:tc>
            </w:tr>
            <w:tr w:rsidR="00DB4C8F" w14:paraId="23AF11EF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95E366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0D417841" w14:textId="77777777" w:rsidR="00BF5BBE" w:rsidRDefault="00BF5BBE" w:rsidP="00BF5BBE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Wann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hat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jemand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anderes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etwas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geteilt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? Wie hast du dich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danach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gefühlt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23967A08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4FB9C5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E8B507C" wp14:editId="219B8CD3">
                        <wp:extent cx="786384" cy="584642"/>
                        <wp:effectExtent l="0" t="0" r="0" b="0"/>
                        <wp:docPr id="245" name="Picture 2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D458F9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4D91A42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664105" w14:textId="77777777" w:rsidR="00DB4C8F" w:rsidRDefault="00DB4C8F"/>
              </w:tc>
            </w:tr>
            <w:tr w:rsidR="00DB4C8F" w14:paraId="3B9BD009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D12DB8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1ED3BA39" w14:textId="77777777" w:rsidR="00BF5BBE" w:rsidRDefault="00BF5BBE" w:rsidP="00BF5BBE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verschenken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?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Vielleicht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Lächeln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. </w:t>
                  </w:r>
                  <w:r w:rsidRPr="00F96FBF">
                    <w:rPr>
                      <w:rFonts w:ascii="Segoe UI Emoji" w:eastAsia="Segoe UI Emoji" w:hAnsi="Segoe UI Emoji" w:cs="Segoe UI Emoji"/>
                      <w:b/>
                      <w:color w:val="1F1F1F"/>
                      <w:sz w:val="29"/>
                    </w:rPr>
                    <w:t>😊</w:t>
                  </w:r>
                </w:p>
              </w:tc>
            </w:tr>
            <w:tr w:rsidR="00DB4C8F" w14:paraId="0D61E100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388AD01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7764414" wp14:editId="3F1EB3C5">
                        <wp:extent cx="786384" cy="584642"/>
                        <wp:effectExtent l="0" t="0" r="0" b="0"/>
                        <wp:docPr id="246" name="Picture 2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01641C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7A3AEC7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6A7F54" w14:textId="77777777" w:rsidR="00DB4C8F" w:rsidRDefault="00DB4C8F"/>
              </w:tc>
            </w:tr>
            <w:tr w:rsidR="00DB4C8F" w14:paraId="34E0487B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74EC79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49A0B22D" w14:textId="77777777" w:rsidR="00BF5BBE" w:rsidRDefault="00BF5BBE" w:rsidP="00BF5BBE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Wo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gehst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gerne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spazieren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BB0B360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B497240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7E353C0" wp14:editId="0710B5A9">
                        <wp:extent cx="786384" cy="584642"/>
                        <wp:effectExtent l="0" t="0" r="0" b="0"/>
                        <wp:docPr id="247" name="Picture 2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DE5791" w14:textId="77777777" w:rsidR="00DB4C8F" w:rsidRDefault="00DB4C8F"/>
        </w:tc>
      </w:tr>
      <w:tr w:rsidR="00BF5BBE" w14:paraId="5C96BC1A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1426BC8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C26FA8" w14:textId="77777777" w:rsidR="00DB4C8F" w:rsidRDefault="00DB4C8F"/>
              </w:tc>
            </w:tr>
            <w:tr w:rsidR="00DB4C8F" w14:paraId="7A47E93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2D92ED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3B6A5B93" w14:textId="77777777" w:rsidR="00BF5BBE" w:rsidRDefault="00BF5BBE" w:rsidP="00BF5BBE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kleine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Schritt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dich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mutig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B1511D4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CA185A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715BDC2" wp14:editId="081D7925">
                        <wp:extent cx="786384" cy="584642"/>
                        <wp:effectExtent l="0" t="0" r="0" b="0"/>
                        <wp:docPr id="248" name="Picture 2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259E9C1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90014F0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694EC7" w14:textId="77777777" w:rsidR="00DB4C8F" w:rsidRDefault="00DB4C8F"/>
              </w:tc>
            </w:tr>
            <w:tr w:rsidR="00DB4C8F" w14:paraId="073D4D1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3023B6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18D6E5DF" w14:textId="77777777" w:rsidR="00BF5BBE" w:rsidRDefault="00BF5BBE" w:rsidP="00BF5BBE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entdeckst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auf dem Weg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zur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Bücherei?</w:t>
                  </w:r>
                </w:p>
              </w:tc>
            </w:tr>
            <w:tr w:rsidR="00DB4C8F" w14:paraId="3F1D0284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C34438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DBD46B9" wp14:editId="114F0F96">
                        <wp:extent cx="786384" cy="584642"/>
                        <wp:effectExtent l="0" t="0" r="0" b="0"/>
                        <wp:docPr id="249" name="Picture 2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F66A8D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EABFAB8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6292F1" w14:textId="77777777" w:rsidR="00DB4C8F" w:rsidRDefault="00DB4C8F"/>
              </w:tc>
            </w:tr>
            <w:tr w:rsidR="00DB4C8F" w14:paraId="70838081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BE5683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3F09A81F" w14:textId="71FA0788" w:rsidR="00BF5BBE" w:rsidRDefault="00BF5BBE" w:rsidP="00BF5BBE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Stell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vor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du hast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Schatzkarte</w:t>
                  </w:r>
                  <w:proofErr w:type="spellEnd"/>
                  <w:r w:rsidR="00EE35E3">
                    <w:rPr>
                      <w:b/>
                      <w:color w:val="1F1F1F"/>
                      <w:sz w:val="29"/>
                    </w:rPr>
                    <w:t>.</w:t>
                  </w:r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Wohin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führt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sie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dich?</w:t>
                  </w:r>
                </w:p>
              </w:tc>
            </w:tr>
            <w:tr w:rsidR="00DB4C8F" w14:paraId="2E096C10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FE5CD7F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115A205" wp14:editId="55F559F4">
                        <wp:extent cx="786384" cy="584642"/>
                        <wp:effectExtent l="0" t="0" r="0" b="0"/>
                        <wp:docPr id="250" name="Picture 2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835D15" w14:textId="77777777" w:rsidR="00DB4C8F" w:rsidRDefault="00DB4C8F"/>
        </w:tc>
      </w:tr>
      <w:tr w:rsidR="00BF5BBE" w14:paraId="30C7BE37" w14:textId="77777777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05E4B22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BB2A9B" w14:textId="77777777" w:rsidR="00DB4C8F" w:rsidRDefault="00DB4C8F"/>
              </w:tc>
            </w:tr>
            <w:tr w:rsidR="00DB4C8F" w14:paraId="5FD28C89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75347D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276B70C9" w14:textId="77777777" w:rsidR="00BF5BBE" w:rsidRDefault="00BF5BBE" w:rsidP="00BF5BBE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DB4C8F" w14:paraId="0D1132F1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66427B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088D210" wp14:editId="5BEF8348">
                        <wp:extent cx="786384" cy="584642"/>
                        <wp:effectExtent l="0" t="0" r="0" b="0"/>
                        <wp:docPr id="251" name="Picture 2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12FAA" w14:paraId="6AF086C6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033AB8" w14:textId="77777777" w:rsidR="00C12FAA" w:rsidRDefault="00C12FAA">
                  <w:pPr>
                    <w:spacing w:after="0"/>
                    <w:jc w:val="right"/>
                    <w:rPr>
                      <w:noProof/>
                    </w:rPr>
                  </w:pPr>
                </w:p>
              </w:tc>
            </w:tr>
            <w:tr w:rsidR="00C12FAA" w14:paraId="524D02A8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74E39E" w14:textId="77777777" w:rsidR="00C12FAA" w:rsidRDefault="00C12FAA">
                  <w:pPr>
                    <w:spacing w:after="0"/>
                    <w:jc w:val="right"/>
                    <w:rPr>
                      <w:noProof/>
                    </w:rPr>
                  </w:pPr>
                </w:p>
              </w:tc>
            </w:tr>
          </w:tbl>
          <w:p w14:paraId="67DBFB40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1ED0E0C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42ACD3" w14:textId="77777777" w:rsidR="00DB4C8F" w:rsidRDefault="00DB4C8F"/>
              </w:tc>
            </w:tr>
            <w:tr w:rsidR="00DB4C8F" w14:paraId="4F515E4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408B57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0D2E9687" w14:textId="77777777" w:rsidR="00BF5BBE" w:rsidRDefault="00BF5BBE" w:rsidP="00BF5BBE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DB4C8F" w14:paraId="71D95B12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F9AD48E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E8C4856" wp14:editId="36BFC34A">
                        <wp:extent cx="786384" cy="584642"/>
                        <wp:effectExtent l="0" t="0" r="0" b="0"/>
                        <wp:docPr id="252" name="Picture 2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87BBBF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138B9AC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3A721F" w14:textId="77777777" w:rsidR="00DB4C8F" w:rsidRDefault="00DB4C8F"/>
              </w:tc>
            </w:tr>
            <w:tr w:rsidR="00DB4C8F" w14:paraId="1321C8C3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37CDFC" w14:textId="77777777" w:rsidR="00BF5BBE" w:rsidRDefault="00BF5BBE" w:rsidP="00BF5BBE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5FE5EF7F" w14:textId="77777777" w:rsidR="00BF5BBE" w:rsidRDefault="00BF5BBE" w:rsidP="00BF5BBE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DB4C8F" w14:paraId="5F0B6A4C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21F8A5A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5B3C2A0" wp14:editId="0C3E5EAD">
                        <wp:extent cx="786384" cy="584642"/>
                        <wp:effectExtent l="0" t="0" r="0" b="0"/>
                        <wp:docPr id="253" name="Picture 2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12FAA" w14:paraId="432B56C1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6B89B52" w14:textId="77777777" w:rsidR="00C12FAA" w:rsidRDefault="00C12FAA">
                  <w:pPr>
                    <w:spacing w:after="0"/>
                    <w:jc w:val="right"/>
                    <w:rPr>
                      <w:noProof/>
                    </w:rPr>
                  </w:pPr>
                </w:p>
              </w:tc>
            </w:tr>
          </w:tbl>
          <w:p w14:paraId="53F9CA03" w14:textId="77777777" w:rsidR="00DB4C8F" w:rsidRDefault="00DB4C8F"/>
        </w:tc>
      </w:tr>
      <w:tr w:rsidR="00C12FAA" w14:paraId="671DA859" w14:textId="77777777" w:rsidTr="00C12FAA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C12FAA" w14:paraId="135F8AF6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AC0C44" w14:textId="77777777" w:rsidR="00C12FAA" w:rsidRDefault="00C12FAA" w:rsidP="001B117F"/>
              </w:tc>
            </w:tr>
            <w:tr w:rsidR="00C12FAA" w14:paraId="78DE80BF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62B564" w14:textId="77777777" w:rsidR="00C12FAA" w:rsidRDefault="00C12FAA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0CD595BF" w14:textId="77777777" w:rsidR="00C12FAA" w:rsidRDefault="00C12FAA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C12FAA" w14:paraId="5239D3BD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FE20B7" w14:textId="77777777" w:rsidR="00C12FAA" w:rsidRDefault="00C12FAA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7D056F7" wp14:editId="0EA52C82">
                        <wp:extent cx="786384" cy="584642"/>
                        <wp:effectExtent l="0" t="0" r="0" b="0"/>
                        <wp:docPr id="1" name="Picture 2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F7CC989" w14:textId="77777777" w:rsidR="00C12FAA" w:rsidRDefault="00C12FAA" w:rsidP="001B117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C12FAA" w14:paraId="28E718EB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4C585F" w14:textId="77777777" w:rsidR="00C12FAA" w:rsidRDefault="00C12FAA" w:rsidP="001B117F"/>
              </w:tc>
            </w:tr>
            <w:tr w:rsidR="00C12FAA" w14:paraId="031CFFF4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B3B222" w14:textId="77777777" w:rsidR="00C12FAA" w:rsidRDefault="00C12FAA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3CC5961F" w14:textId="77777777" w:rsidR="00C12FAA" w:rsidRDefault="00C12FAA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C12FAA" w14:paraId="654D3022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93DB35" w14:textId="77777777" w:rsidR="00C12FAA" w:rsidRDefault="00C12FAA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1A9248E" wp14:editId="00EC57AC">
                        <wp:extent cx="786384" cy="584642"/>
                        <wp:effectExtent l="0" t="0" r="0" b="0"/>
                        <wp:docPr id="2" name="Picture 2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D3C7BCE" w14:textId="77777777" w:rsidR="00C12FAA" w:rsidRDefault="00C12FAA" w:rsidP="001B117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C12FAA" w14:paraId="1A9267C5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667B3A" w14:textId="77777777" w:rsidR="00C12FAA" w:rsidRDefault="00C12FAA" w:rsidP="001B117F"/>
              </w:tc>
            </w:tr>
            <w:tr w:rsidR="00C12FAA" w14:paraId="10078B4A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A3A23E" w14:textId="77777777" w:rsidR="00C12FAA" w:rsidRDefault="00C12FAA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09940EC7" w14:textId="77777777" w:rsidR="00C12FAA" w:rsidRDefault="00C12FAA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C12FAA" w14:paraId="56464B9A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7742B2" w14:textId="77777777" w:rsidR="00C12FAA" w:rsidRDefault="00C12FAA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5EC0D2C" wp14:editId="4BC2007D">
                        <wp:extent cx="786384" cy="584642"/>
                        <wp:effectExtent l="0" t="0" r="0" b="0"/>
                        <wp:docPr id="3" name="Picture 2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1CF41D6" w14:textId="77777777" w:rsidR="00C12FAA" w:rsidRDefault="00C12FAA" w:rsidP="001B117F"/>
        </w:tc>
      </w:tr>
      <w:tr w:rsidR="00C12FAA" w14:paraId="313750BE" w14:textId="77777777" w:rsidTr="00C12FAA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C12FAA" w14:paraId="5DA44D7F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99A6E3" w14:textId="77777777" w:rsidR="00C12FAA" w:rsidRDefault="00C12FAA" w:rsidP="001B117F"/>
              </w:tc>
            </w:tr>
            <w:tr w:rsidR="00C12FAA" w14:paraId="2AE4A6BC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3DE4DF" w14:textId="77777777" w:rsidR="00C12FAA" w:rsidRDefault="00C12FAA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7881E96B" w14:textId="77777777" w:rsidR="00C12FAA" w:rsidRDefault="00C12FAA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C12FAA" w14:paraId="63902FCD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DD4441" w14:textId="77777777" w:rsidR="00C12FAA" w:rsidRDefault="00C12FAA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2215680" wp14:editId="44003F4C">
                        <wp:extent cx="786384" cy="584642"/>
                        <wp:effectExtent l="0" t="0" r="0" b="0"/>
                        <wp:docPr id="4" name="Picture 2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86C289" w14:textId="77777777" w:rsidR="00C12FAA" w:rsidRDefault="00C12FAA" w:rsidP="001B117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C12FAA" w14:paraId="628DBA0B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E1CD4D" w14:textId="77777777" w:rsidR="00C12FAA" w:rsidRDefault="00C12FAA" w:rsidP="001B117F"/>
              </w:tc>
            </w:tr>
            <w:tr w:rsidR="00C12FAA" w14:paraId="5C93ADA7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27253D" w14:textId="77777777" w:rsidR="00C12FAA" w:rsidRDefault="00C12FAA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62CC8EEB" w14:textId="77777777" w:rsidR="00C12FAA" w:rsidRDefault="00C12FAA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C12FAA" w14:paraId="632746DE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79C92B" w14:textId="77777777" w:rsidR="00C12FAA" w:rsidRDefault="00C12FAA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889156F" wp14:editId="1E082076">
                        <wp:extent cx="786384" cy="584642"/>
                        <wp:effectExtent l="0" t="0" r="0" b="0"/>
                        <wp:docPr id="5" name="Picture 2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D6A117" w14:textId="77777777" w:rsidR="00C12FAA" w:rsidRDefault="00C12FAA" w:rsidP="001B117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C12FAA" w14:paraId="2FE7E407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EEE584" w14:textId="77777777" w:rsidR="00C12FAA" w:rsidRDefault="00C12FAA" w:rsidP="001B117F"/>
              </w:tc>
            </w:tr>
            <w:tr w:rsidR="00C12FAA" w14:paraId="1A440047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23A9AC" w14:textId="77777777" w:rsidR="00C12FAA" w:rsidRDefault="00C12FAA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6931101C" w14:textId="77777777" w:rsidR="00C12FAA" w:rsidRDefault="00C12FAA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C12FAA" w14:paraId="40E7B54F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CB722B" w14:textId="77777777" w:rsidR="00C12FAA" w:rsidRDefault="00C12FAA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8D2203D" wp14:editId="702BA809">
                        <wp:extent cx="786384" cy="584642"/>
                        <wp:effectExtent l="0" t="0" r="0" b="0"/>
                        <wp:docPr id="6" name="Picture 2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2381CD" w14:textId="77777777" w:rsidR="00C12FAA" w:rsidRDefault="00C12FAA" w:rsidP="001B117F"/>
        </w:tc>
      </w:tr>
    </w:tbl>
    <w:p w14:paraId="24DAFA8E" w14:textId="77777777" w:rsidR="00EE35E3" w:rsidRDefault="00EE35E3" w:rsidP="00BF5BBE">
      <w:pPr>
        <w:ind w:firstLine="720"/>
        <w:rPr>
          <w:rFonts w:ascii="Valizas Book" w:eastAsia="Aptos" w:hAnsi="Valizas Book"/>
          <w:color w:val="004133"/>
          <w:sz w:val="30"/>
        </w:rPr>
      </w:pPr>
    </w:p>
    <w:p w14:paraId="656B9C9C" w14:textId="55331C8C" w:rsidR="00BF5BBE" w:rsidRDefault="00BF5BBE" w:rsidP="00BF5BBE">
      <w:pPr>
        <w:ind w:firstLine="720"/>
        <w:rPr>
          <w:rFonts w:ascii="Valizas Book" w:eastAsia="Aptos" w:hAnsi="Valizas Book"/>
          <w:color w:val="004133"/>
          <w:sz w:val="30"/>
        </w:rPr>
      </w:pPr>
      <w:proofErr w:type="spellStart"/>
      <w:r w:rsidRPr="00BF5BBE">
        <w:rPr>
          <w:rFonts w:ascii="Valizas Book" w:eastAsia="Aptos" w:hAnsi="Valizas Book"/>
          <w:color w:val="004133"/>
          <w:sz w:val="30"/>
        </w:rPr>
        <w:t>Kurze</w:t>
      </w:r>
      <w:proofErr w:type="spellEnd"/>
      <w:r w:rsidRPr="00BF5BBE">
        <w:rPr>
          <w:rFonts w:ascii="Valizas Book" w:eastAsia="Aptos" w:hAnsi="Valizas Book"/>
          <w:color w:val="004133"/>
          <w:sz w:val="30"/>
        </w:rPr>
        <w:t xml:space="preserve"> Gedanken und </w:t>
      </w:r>
      <w:proofErr w:type="spellStart"/>
      <w:r w:rsidRPr="00BF5BBE">
        <w:rPr>
          <w:rFonts w:ascii="Valizas Book" w:eastAsia="Aptos" w:hAnsi="Valizas Book"/>
          <w:color w:val="004133"/>
          <w:sz w:val="30"/>
        </w:rPr>
        <w:t>kleine</w:t>
      </w:r>
      <w:proofErr w:type="spellEnd"/>
      <w:r w:rsidRPr="00BF5BBE">
        <w:rPr>
          <w:rFonts w:ascii="Valizas Book" w:eastAsia="Aptos" w:hAnsi="Valizas Book"/>
          <w:color w:val="004133"/>
          <w:sz w:val="30"/>
        </w:rPr>
        <w:t xml:space="preserve"> </w:t>
      </w:r>
      <w:proofErr w:type="spellStart"/>
      <w:r w:rsidRPr="00BF5BBE">
        <w:rPr>
          <w:rFonts w:ascii="Valizas Book" w:eastAsia="Aptos" w:hAnsi="Valizas Book"/>
          <w:color w:val="004133"/>
          <w:sz w:val="30"/>
        </w:rPr>
        <w:t>Impulsfragen</w:t>
      </w:r>
      <w:proofErr w:type="spellEnd"/>
      <w:r w:rsidRPr="00BF5BBE">
        <w:rPr>
          <w:rFonts w:ascii="Valizas Book" w:eastAsia="Aptos" w:hAnsi="Valizas Book"/>
          <w:color w:val="004133"/>
          <w:sz w:val="30"/>
        </w:rPr>
        <w:t xml:space="preserve"> </w:t>
      </w:r>
      <w:r w:rsidRPr="0023136E">
        <w:rPr>
          <w:rFonts w:ascii="Valizas Book" w:eastAsia="Aptos" w:hAnsi="Valizas Book"/>
          <w:color w:val="B38600"/>
          <w:sz w:val="30"/>
        </w:rPr>
        <w:t xml:space="preserve">für </w:t>
      </w:r>
      <w:proofErr w:type="spellStart"/>
      <w:r w:rsidRPr="0023136E">
        <w:rPr>
          <w:rFonts w:ascii="Valizas Book" w:eastAsia="Aptos" w:hAnsi="Valizas Book"/>
          <w:color w:val="B38600"/>
          <w:sz w:val="30"/>
        </w:rPr>
        <w:t>Erwachsene</w:t>
      </w:r>
      <w:proofErr w:type="spellEnd"/>
    </w:p>
    <w:p w14:paraId="33B5816E" w14:textId="77777777" w:rsidR="00EE35E3" w:rsidRPr="00EE35E3" w:rsidRDefault="00EE35E3" w:rsidP="00BF5BBE">
      <w:pPr>
        <w:ind w:firstLine="720"/>
        <w:rPr>
          <w:rFonts w:ascii="Valizas Book" w:eastAsia="Aptos" w:hAnsi="Valizas Book"/>
          <w:color w:val="004133"/>
          <w:sz w:val="16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  <w:gridCol w:w="5244"/>
      </w:tblGrid>
      <w:tr w:rsidR="00BF5BBE" w14:paraId="5F763C61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271C00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63F9C4" w14:textId="77777777" w:rsidR="00DB4C8F" w:rsidRDefault="00DB4C8F"/>
              </w:tc>
            </w:tr>
            <w:tr w:rsidR="00DB4C8F" w14:paraId="3F40D485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E08EB4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71CF7823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kleine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Naturmoment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hat dich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zuletzt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überrascht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05F36DC2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525CB42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FC2D1B6" wp14:editId="7FF41C2A">
                        <wp:extent cx="786384" cy="584642"/>
                        <wp:effectExtent l="0" t="0" r="0" b="0"/>
                        <wp:docPr id="254" name="Picture 2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C66997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2C9FAED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CDB5F2" w14:textId="77777777" w:rsidR="00DB4C8F" w:rsidRDefault="00DB4C8F"/>
              </w:tc>
            </w:tr>
            <w:tr w:rsidR="00DB4C8F" w14:paraId="574E299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AC3328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3E33764C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würdest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bewusster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wahrnehmen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langsamer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gehst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30352E81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9F2401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2E96A6C" wp14:editId="5FA4921D">
                        <wp:extent cx="786384" cy="584642"/>
                        <wp:effectExtent l="0" t="0" r="0" b="0"/>
                        <wp:docPr id="255" name="Picture 2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45D353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80A0B92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C8BD11" w14:textId="77777777" w:rsidR="00DB4C8F" w:rsidRDefault="00DB4C8F"/>
              </w:tc>
            </w:tr>
            <w:tr w:rsidR="00DB4C8F" w14:paraId="012139F0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6ABB13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3D97BC57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in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deinem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Alltag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selbstverständlich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geworden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obwohl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es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Geschenk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2779E014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2B867FA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7865D6B" wp14:editId="08BAA785">
                        <wp:extent cx="786384" cy="584642"/>
                        <wp:effectExtent l="0" t="0" r="0" b="0"/>
                        <wp:docPr id="256" name="Picture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9620D5" w14:textId="77777777" w:rsidR="00DB4C8F" w:rsidRDefault="00DB4C8F"/>
        </w:tc>
      </w:tr>
      <w:tr w:rsidR="00BF5BBE" w14:paraId="5CED34DA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B64EF6F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F74D7F" w14:textId="77777777" w:rsidR="00DB4C8F" w:rsidRDefault="00DB4C8F"/>
              </w:tc>
            </w:tr>
            <w:tr w:rsidR="00DB4C8F" w14:paraId="12A859D7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423730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194BF951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Teil der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Schöpfung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möchtest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mehr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Aufmerksamkeit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schenken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7F839FE8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8B5689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BB93E07" wp14:editId="0C8D92E6">
                        <wp:extent cx="786384" cy="584642"/>
                        <wp:effectExtent l="0" t="0" r="0" b="0"/>
                        <wp:docPr id="257" name="Picture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79A74D3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33C3A47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80B211" w14:textId="77777777" w:rsidR="00DB4C8F" w:rsidRDefault="00DB4C8F"/>
              </w:tc>
            </w:tr>
            <w:tr w:rsidR="00DB4C8F" w14:paraId="388FC7EE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947244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41F03E38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lässt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in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gerade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etwas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wachsen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365DF74F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EF5CA47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E493AE0" wp14:editId="4A647B7E">
                        <wp:extent cx="786384" cy="584642"/>
                        <wp:effectExtent l="0" t="0" r="0" b="0"/>
                        <wp:docPr id="258" name="Picture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DE572BB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27B893BB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6F5263" w14:textId="77777777" w:rsidR="00DB4C8F" w:rsidRDefault="00DB4C8F"/>
              </w:tc>
            </w:tr>
            <w:tr w:rsidR="00DB4C8F" w14:paraId="2C255CA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0838D5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297943A8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trägt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dich,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Tag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unruhig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157345B7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6107C1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BE25BA1" wp14:editId="05E1F493">
                        <wp:extent cx="786384" cy="584642"/>
                        <wp:effectExtent l="0" t="0" r="0" b="0"/>
                        <wp:docPr id="259" name="Picture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4645B7" w14:textId="77777777" w:rsidR="00DB4C8F" w:rsidRDefault="00DB4C8F"/>
        </w:tc>
      </w:tr>
      <w:tr w:rsidR="00BF5BBE" w14:paraId="2DA4E835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F4D778F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1171F5" w14:textId="77777777" w:rsidR="00DB4C8F" w:rsidRDefault="00DB4C8F"/>
              </w:tc>
            </w:tr>
            <w:tr w:rsidR="00DB4C8F" w14:paraId="39B5F95B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F05B39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14E89557" w14:textId="38862E3F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Wofür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der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Erde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r w:rsidR="00EE35E3">
                    <w:rPr>
                      <w:b/>
                      <w:color w:val="1F1F1F"/>
                      <w:sz w:val="29"/>
                    </w:rPr>
                    <w:t>“</w:t>
                  </w:r>
                  <w:r>
                    <w:rPr>
                      <w:b/>
                      <w:color w:val="1F1F1F"/>
                      <w:sz w:val="29"/>
                    </w:rPr>
                    <w:t>Danke</w:t>
                  </w:r>
                  <w:r w:rsidR="00EE35E3">
                    <w:rPr>
                      <w:b/>
                      <w:color w:val="1F1F1F"/>
                      <w:sz w:val="29"/>
                    </w:rPr>
                    <w:t>”</w:t>
                  </w:r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sagen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515EFC90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2BEE3B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8707103" wp14:editId="1CAC501E">
                        <wp:extent cx="786384" cy="584642"/>
                        <wp:effectExtent l="0" t="0" r="0" b="0"/>
                        <wp:docPr id="260" name="Picture 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0C03D1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27F1C65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FB4B29" w14:textId="77777777" w:rsidR="00DB4C8F" w:rsidRDefault="00DB4C8F"/>
              </w:tc>
            </w:tr>
            <w:tr w:rsidR="00DB4C8F" w14:paraId="1130E60B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710085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572DC023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Wo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spürst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gerade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: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weniger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Lärm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würde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mir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guttun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4683DEAF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BF5F9FB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98A4214" wp14:editId="6815AF10">
                        <wp:extent cx="786384" cy="584642"/>
                        <wp:effectExtent l="0" t="0" r="0" b="0"/>
                        <wp:docPr id="261" name="Picture 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02CADF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D07C3A0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2DAB0D" w14:textId="77777777" w:rsidR="00DB4C8F" w:rsidRDefault="00DB4C8F"/>
              </w:tc>
            </w:tr>
            <w:tr w:rsidR="00DB4C8F" w14:paraId="112A5957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E8A9EA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21CB5937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Welches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Wort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weitergeben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DA57C2F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B22796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2E9E2B0" wp14:editId="01AA46AB">
                        <wp:extent cx="786384" cy="584642"/>
                        <wp:effectExtent l="0" t="0" r="0" b="0"/>
                        <wp:docPr id="262" name="Picture 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99F6FD" w14:textId="77777777" w:rsidR="00DB4C8F" w:rsidRDefault="00DB4C8F"/>
        </w:tc>
      </w:tr>
      <w:tr w:rsidR="00BF5BBE" w14:paraId="6A46032F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1692C19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6CF7BF" w14:textId="77777777" w:rsidR="00DB4C8F" w:rsidRDefault="00DB4C8F"/>
              </w:tc>
            </w:tr>
            <w:tr w:rsidR="00DB4C8F" w14:paraId="1BFE92B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CD84C7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296B7F47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Wo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erster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kleiner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Schritt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zum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Frieden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beginnen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8308B59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0500084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C65C198" wp14:editId="66C0DC41">
                        <wp:extent cx="786384" cy="584642"/>
                        <wp:effectExtent l="0" t="0" r="0" b="0"/>
                        <wp:docPr id="263" name="Picture 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5ED127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201197C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8A920C" w14:textId="77777777" w:rsidR="00DB4C8F" w:rsidRDefault="00DB4C8F"/>
              </w:tc>
            </w:tr>
            <w:tr w:rsidR="00DB4C8F" w14:paraId="3308627F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F8505C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1A2FB390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Wem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aufmerksamer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zuhören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0E9254B9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3B76B0A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FCE8E8C" wp14:editId="023F37AD">
                        <wp:extent cx="786384" cy="584642"/>
                        <wp:effectExtent l="0" t="0" r="0" b="0"/>
                        <wp:docPr id="264" name="Picture 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C8FAE0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E43FA67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4D29A9" w14:textId="77777777" w:rsidR="00DB4C8F" w:rsidRDefault="00DB4C8F"/>
              </w:tc>
            </w:tr>
            <w:tr w:rsidR="00DB4C8F" w14:paraId="6A68D64A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EA4298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7609A0C0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hilft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nicht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sofort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zu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urteilen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218B8A0C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F1CE7E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E479EC5" wp14:editId="2CA2CAE1">
                        <wp:extent cx="786384" cy="584642"/>
                        <wp:effectExtent l="0" t="0" r="0" b="0"/>
                        <wp:docPr id="265" name="Picture 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13BB2C6" w14:textId="77777777" w:rsidR="00DB4C8F" w:rsidRDefault="00DB4C8F"/>
        </w:tc>
      </w:tr>
      <w:tr w:rsidR="00BF5BBE" w14:paraId="1E321DE5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7876E12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F51731" w14:textId="77777777" w:rsidR="00DB4C8F" w:rsidRDefault="00DB4C8F"/>
              </w:tc>
            </w:tr>
            <w:tr w:rsidR="00DB4C8F" w14:paraId="7B3F481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967604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743A4A3F" w14:textId="2B8C0F5B" w:rsidR="00BF5BBE" w:rsidRDefault="00EE35E3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>“</w:t>
                  </w:r>
                  <w:r w:rsidR="00BF5BBE">
                    <w:rPr>
                      <w:b/>
                      <w:color w:val="1F1F1F"/>
                      <w:sz w:val="29"/>
                    </w:rPr>
                    <w:t>Pace e bene</w:t>
                  </w:r>
                  <w:r>
                    <w:rPr>
                      <w:b/>
                      <w:color w:val="1F1F1F"/>
                      <w:sz w:val="29"/>
                    </w:rPr>
                    <w:t>”</w:t>
                  </w:r>
                  <w:r w:rsidR="00BF5BBE">
                    <w:rPr>
                      <w:b/>
                      <w:color w:val="1F1F1F"/>
                      <w:sz w:val="29"/>
                    </w:rPr>
                    <w:t xml:space="preserve">: Frieden und </w:t>
                  </w:r>
                  <w:proofErr w:type="spellStart"/>
                  <w:r w:rsidR="00BF5BBE">
                    <w:rPr>
                      <w:b/>
                      <w:color w:val="1F1F1F"/>
                      <w:sz w:val="29"/>
                    </w:rPr>
                    <w:t>Gutes</w:t>
                  </w:r>
                  <w:proofErr w:type="spellEnd"/>
                  <w:r w:rsidR="00BF5BBE">
                    <w:rPr>
                      <w:b/>
                      <w:color w:val="1F1F1F"/>
                      <w:sz w:val="29"/>
                    </w:rPr>
                    <w:t xml:space="preserve">. Für wen </w:t>
                  </w:r>
                  <w:proofErr w:type="spellStart"/>
                  <w:r w:rsidR="00BF5BBE">
                    <w:rPr>
                      <w:b/>
                      <w:color w:val="1F1F1F"/>
                      <w:sz w:val="29"/>
                    </w:rPr>
                    <w:t>wünschst</w:t>
                  </w:r>
                  <w:proofErr w:type="spellEnd"/>
                  <w:r w:rsidR="00BF5BBE"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 w:rsidR="00BF5BBE"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 w:rsidR="00BF5BBE">
                    <w:rPr>
                      <w:b/>
                      <w:color w:val="1F1F1F"/>
                      <w:sz w:val="29"/>
                    </w:rPr>
                    <w:t xml:space="preserve"> das </w:t>
                  </w:r>
                  <w:proofErr w:type="spellStart"/>
                  <w:r w:rsidR="00BF5BBE"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 w:rsidR="00BF5BBE"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799EF714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5BCDE0A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C4DE603" wp14:editId="537DFDD8">
                        <wp:extent cx="786384" cy="584642"/>
                        <wp:effectExtent l="0" t="0" r="0" b="0"/>
                        <wp:docPr id="266" name="Picture 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79A51D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93C69FF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C02445" w14:textId="77777777" w:rsidR="00DB4C8F" w:rsidRDefault="00DB4C8F"/>
              </w:tc>
            </w:tr>
            <w:tr w:rsidR="00DB4C8F" w14:paraId="7283BC4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BB2A16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704A6EA6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Situation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braucht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nicht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mehr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Worte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sondern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mehr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Freundlichkeit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5720D28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2DAF83D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38031F2" wp14:editId="0808C8AA">
                        <wp:extent cx="786384" cy="584642"/>
                        <wp:effectExtent l="0" t="0" r="0" b="0"/>
                        <wp:docPr id="267" name="Picture 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6F9EEE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C12FAA" w14:paraId="0E694CC6" w14:textId="77777777" w:rsidTr="00EE35E3">
              <w:trPr>
                <w:trHeight w:hRule="exact" w:val="605"/>
              </w:trPr>
              <w:tc>
                <w:tcPr>
                  <w:tcW w:w="506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950839" w14:textId="77777777" w:rsidR="00C12FAA" w:rsidRDefault="00C12FAA"/>
              </w:tc>
            </w:tr>
            <w:tr w:rsidR="00DB4C8F" w14:paraId="78469C04" w14:textId="77777777" w:rsidTr="00EE35E3">
              <w:trPr>
                <w:trHeight w:hRule="exact" w:val="1757"/>
              </w:trPr>
              <w:tc>
                <w:tcPr>
                  <w:tcW w:w="506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2EFF29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24FF7C0C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würde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deinen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Tag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friedlicher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888AE6E" w14:textId="77777777" w:rsidTr="00EE35E3">
              <w:trPr>
                <w:trHeight w:hRule="exact" w:val="1123"/>
              </w:trPr>
              <w:tc>
                <w:tcPr>
                  <w:tcW w:w="506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DC467B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406DAA1" wp14:editId="25FE2729">
                        <wp:extent cx="786384" cy="584642"/>
                        <wp:effectExtent l="0" t="0" r="0" b="0"/>
                        <wp:docPr id="268" name="Picture 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989251" w14:textId="77777777" w:rsidR="00DB4C8F" w:rsidRDefault="00DB4C8F"/>
        </w:tc>
      </w:tr>
      <w:tr w:rsidR="00BF5BBE" w14:paraId="20F67012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146603E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B1A653" w14:textId="77777777" w:rsidR="00DB4C8F" w:rsidRDefault="00DB4C8F"/>
              </w:tc>
            </w:tr>
            <w:tr w:rsidR="00DB4C8F" w14:paraId="2BDD8CB4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E71D2B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2456AAA7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Frieden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beginnt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manchmal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einem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Atemzug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vor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der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Antwort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.</w:t>
                  </w:r>
                </w:p>
              </w:tc>
            </w:tr>
            <w:tr w:rsidR="00DB4C8F" w14:paraId="56C6C0C3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6BAC88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2310D1D" wp14:editId="4ED0D45F">
                        <wp:extent cx="786384" cy="584642"/>
                        <wp:effectExtent l="0" t="0" r="0" b="0"/>
                        <wp:docPr id="269" name="Picture 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1DDCD49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38DA55D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193831" w14:textId="77777777" w:rsidR="00DB4C8F" w:rsidRDefault="00DB4C8F"/>
              </w:tc>
            </w:tr>
            <w:tr w:rsidR="00DB4C8F" w14:paraId="21F0F6D4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0DBA67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25B4BE30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brauchst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wirklich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2DBD8538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39F01E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C701B40" wp14:editId="33D23ED1">
                        <wp:extent cx="786384" cy="584642"/>
                        <wp:effectExtent l="0" t="0" r="0" b="0"/>
                        <wp:docPr id="270" name="Picture 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AC7269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278D5C3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AE0169" w14:textId="77777777" w:rsidR="00DB4C8F" w:rsidRDefault="00DB4C8F"/>
              </w:tc>
            </w:tr>
            <w:tr w:rsidR="00DB4C8F" w14:paraId="2FD0AB7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AD71A8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08EE0F61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darf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für dich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einfacher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sein?</w:t>
                  </w:r>
                </w:p>
              </w:tc>
            </w:tr>
            <w:tr w:rsidR="00DB4C8F" w14:paraId="11440ACB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4DF885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3C0A63A" wp14:editId="30B5D1CB">
                        <wp:extent cx="786384" cy="584642"/>
                        <wp:effectExtent l="0" t="0" r="0" b="0"/>
                        <wp:docPr id="271" name="Picture 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5EC69D" w14:textId="77777777" w:rsidR="00DB4C8F" w:rsidRDefault="00DB4C8F"/>
        </w:tc>
      </w:tr>
      <w:tr w:rsidR="00BF5BBE" w14:paraId="47086237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7CD76394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72D80E" w14:textId="77777777" w:rsidR="00DB4C8F" w:rsidRDefault="00DB4C8F"/>
              </w:tc>
            </w:tr>
            <w:tr w:rsidR="00DB4C8F" w14:paraId="0C0BC670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142471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15C6F0AC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loslassen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ohne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ärmer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zu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werden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3486CB7A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AC862E5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A3E209A" wp14:editId="4C759534">
                        <wp:extent cx="786384" cy="584642"/>
                        <wp:effectExtent l="0" t="0" r="0" b="0"/>
                        <wp:docPr id="272" name="Picture 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38CA75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7F84633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BBBAC1" w14:textId="77777777" w:rsidR="00DB4C8F" w:rsidRDefault="00DB4C8F"/>
              </w:tc>
            </w:tr>
            <w:tr w:rsidR="00DB4C8F" w14:paraId="6333534F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A9BBF6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3C9CB75E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Weniger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kann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auch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freier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. Wo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spürst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das?</w:t>
                  </w:r>
                </w:p>
              </w:tc>
            </w:tr>
            <w:tr w:rsidR="00DB4C8F" w14:paraId="5408A111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0FE673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5E9BCE3" wp14:editId="030037DF">
                        <wp:extent cx="786384" cy="584642"/>
                        <wp:effectExtent l="0" t="0" r="0" b="0"/>
                        <wp:docPr id="273" name="Picture 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17FA77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D4336CC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F099A6" w14:textId="77777777" w:rsidR="00DB4C8F" w:rsidRDefault="00DB4C8F"/>
              </w:tc>
            </w:tr>
            <w:tr w:rsidR="00DB4C8F" w14:paraId="75EFDD6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99DA24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37529376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kleine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Pause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wäre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ein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Geschenk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591E75D0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0E63FC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A6C0C9A" wp14:editId="5E2C3854">
                        <wp:extent cx="786384" cy="584642"/>
                        <wp:effectExtent l="0" t="0" r="0" b="0"/>
                        <wp:docPr id="274" name="Picture 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9AA068" w14:textId="77777777" w:rsidR="00DB4C8F" w:rsidRDefault="00DB4C8F"/>
        </w:tc>
      </w:tr>
      <w:tr w:rsidR="00BF5BBE" w14:paraId="510EA5D3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25881570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ACA6CF" w14:textId="77777777" w:rsidR="00DB4C8F" w:rsidRDefault="00DB4C8F"/>
              </w:tc>
            </w:tr>
            <w:tr w:rsidR="00DB4C8F" w14:paraId="7D5D3D1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AB330A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72D2002A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dich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reich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ohne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etwas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zu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kosten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0B085F77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FCD871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179CAD3" wp14:editId="1866F877">
                        <wp:extent cx="786384" cy="584642"/>
                        <wp:effectExtent l="0" t="0" r="0" b="0"/>
                        <wp:docPr id="275" name="Picture 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4307CF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BDADCAC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8F7727" w14:textId="77777777" w:rsidR="00DB4C8F" w:rsidRDefault="00DB4C8F"/>
              </w:tc>
            </w:tr>
            <w:tr w:rsidR="00DB4C8F" w14:paraId="4C472083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509397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0C3AF148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unnötige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Druck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darf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leiser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werden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0DA44825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B714C2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156B1B7" wp14:editId="35EC9412">
                        <wp:extent cx="786384" cy="584642"/>
                        <wp:effectExtent l="0" t="0" r="0" b="0"/>
                        <wp:docPr id="276" name="Picture 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707BF8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7B015BD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50D2B3" w14:textId="77777777" w:rsidR="00DB4C8F" w:rsidRDefault="00DB4C8F"/>
              </w:tc>
            </w:tr>
            <w:tr w:rsidR="00DB4C8F" w14:paraId="75459179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3EBF09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5733B221" w14:textId="074C4079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kannst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weglassen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dein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Tag </w:t>
                  </w:r>
                  <w:proofErr w:type="spellStart"/>
                  <w:r w:rsidR="00C12FAA">
                    <w:rPr>
                      <w:b/>
                      <w:color w:val="1F1F1F"/>
                      <w:sz w:val="29"/>
                    </w:rPr>
                    <w:t>l</w:t>
                  </w:r>
                  <w:r>
                    <w:rPr>
                      <w:b/>
                      <w:color w:val="1F1F1F"/>
                      <w:sz w:val="29"/>
                    </w:rPr>
                    <w:t>eichter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wird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3206360F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8EAC7F8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FF9412B" wp14:editId="2845E52A">
                        <wp:extent cx="786384" cy="584642"/>
                        <wp:effectExtent l="0" t="0" r="0" b="0"/>
                        <wp:docPr id="277" name="Picture 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54A36F" w14:textId="77777777" w:rsidR="00DB4C8F" w:rsidRDefault="00DB4C8F"/>
        </w:tc>
      </w:tr>
      <w:tr w:rsidR="00BF5BBE" w14:paraId="3A6FAFA1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26059A50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FC7AF3" w14:textId="77777777" w:rsidR="00DB4C8F" w:rsidRDefault="00DB4C8F"/>
              </w:tc>
            </w:tr>
            <w:tr w:rsidR="00DB4C8F" w14:paraId="4CFC258A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FDC754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05D4BA4F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Freude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wird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größer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man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sie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teilt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.</w:t>
                  </w:r>
                </w:p>
              </w:tc>
            </w:tr>
            <w:tr w:rsidR="00DB4C8F" w14:paraId="2788998A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0390BDC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C754E3B" wp14:editId="5B46FC55">
                        <wp:extent cx="786384" cy="584642"/>
                        <wp:effectExtent l="0" t="0" r="0" b="0"/>
                        <wp:docPr id="278" name="Picture 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E7719D4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71FA924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26A1F2" w14:textId="77777777" w:rsidR="00DB4C8F" w:rsidRDefault="00DB4C8F"/>
              </w:tc>
            </w:tr>
            <w:tr w:rsidR="00DB4C8F" w14:paraId="1B479A3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A89707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62B6D649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weitergeben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ohne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selbst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weniger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zu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haben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1EC4FB17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F32451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D4B2CFC" wp14:editId="58098CCC">
                        <wp:extent cx="786384" cy="584642"/>
                        <wp:effectExtent l="0" t="0" r="0" b="0"/>
                        <wp:docPr id="279" name="Picture 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E155A9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052F5EA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9FDFA1" w14:textId="77777777" w:rsidR="00DB4C8F" w:rsidRDefault="00DB4C8F"/>
              </w:tc>
            </w:tr>
            <w:tr w:rsidR="00DB4C8F" w14:paraId="236ED88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B0BDFF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5C7584A7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sich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über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gutes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Wort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freuen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46CBD5DA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762DE6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16B525E" wp14:editId="0D4394FA">
                        <wp:extent cx="786384" cy="584642"/>
                        <wp:effectExtent l="0" t="0" r="0" b="0"/>
                        <wp:docPr id="280" name="Picture 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D7EB6F" w14:textId="77777777" w:rsidR="00DB4C8F" w:rsidRDefault="00DB4C8F"/>
        </w:tc>
      </w:tr>
      <w:tr w:rsidR="00BF5BBE" w14:paraId="7408EB56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CFD5060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B19711" w14:textId="77777777" w:rsidR="00DB4C8F" w:rsidRDefault="00DB4C8F"/>
              </w:tc>
            </w:tr>
            <w:tr w:rsidR="00DB4C8F" w14:paraId="6C52DA65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014D9C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360B589A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Gabe hast du, die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anderen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gut tut?</w:t>
                  </w:r>
                </w:p>
              </w:tc>
            </w:tr>
            <w:tr w:rsidR="00DB4C8F" w14:paraId="7AB87D75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913559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4B6F078" wp14:editId="29341309">
                        <wp:extent cx="786384" cy="584642"/>
                        <wp:effectExtent l="0" t="0" r="0" b="0"/>
                        <wp:docPr id="281" name="Picture 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B1E173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85EF274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22BAA4" w14:textId="77777777" w:rsidR="00DB4C8F" w:rsidRDefault="00DB4C8F"/>
              </w:tc>
            </w:tr>
            <w:tr w:rsidR="00DB4C8F" w14:paraId="46329D9D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8833EA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6D3C87CC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liegt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bei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ungenutzt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das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jemand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anderem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Freude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machen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7982A81E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ED5574B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DCAFDA3" wp14:editId="7F7126FC">
                        <wp:extent cx="786384" cy="584642"/>
                        <wp:effectExtent l="0" t="0" r="0" b="0"/>
                        <wp:docPr id="282" name="Picture 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7878DE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A5B1AEE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C19AC4" w14:textId="77777777" w:rsidR="00DB4C8F" w:rsidRDefault="00DB4C8F"/>
              </w:tc>
            </w:tr>
            <w:tr w:rsidR="00DB4C8F" w14:paraId="5C8F4F3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251279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5D428904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Wo hast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selbst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erlebt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dass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Teilen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verbindet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05F6B14F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0DEFF59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2F18A68" wp14:editId="7757912B">
                        <wp:extent cx="786384" cy="584642"/>
                        <wp:effectExtent l="0" t="0" r="0" b="0"/>
                        <wp:docPr id="283" name="Picture 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FCCB1C" w14:textId="77777777" w:rsidR="00DB4C8F" w:rsidRDefault="00DB4C8F"/>
        </w:tc>
      </w:tr>
      <w:tr w:rsidR="00BF5BBE" w14:paraId="5EB832E4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4DA6248B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392DFE" w14:textId="77777777" w:rsidR="00DB4C8F" w:rsidRDefault="00DB4C8F"/>
              </w:tc>
            </w:tr>
            <w:tr w:rsidR="00DB4C8F" w14:paraId="2A226084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D4B5F8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7055E440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Teilen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beginnt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manchmal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Zeit.</w:t>
                  </w:r>
                </w:p>
              </w:tc>
            </w:tr>
            <w:tr w:rsidR="00DB4C8F" w14:paraId="5F960AC9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DD65C6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5691335" wp14:editId="5B12CA5E">
                        <wp:extent cx="786384" cy="584642"/>
                        <wp:effectExtent l="0" t="0" r="0" b="0"/>
                        <wp:docPr id="284" name="Picture 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28A128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F494E6C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BB30BB" w14:textId="77777777" w:rsidR="00DB4C8F" w:rsidRDefault="00DB4C8F"/>
              </w:tc>
            </w:tr>
            <w:tr w:rsidR="00DB4C8F" w14:paraId="45C2D6D1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5272EF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680FEB4D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nicht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kaufen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aber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schenken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523382FE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EB7F4B4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AEA6A90" wp14:editId="0E06FE2B">
                        <wp:extent cx="786384" cy="584642"/>
                        <wp:effectExtent l="0" t="0" r="0" b="0"/>
                        <wp:docPr id="285" name="Picture 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352FCE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5C2D79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77AA09" w14:textId="77777777" w:rsidR="00DB4C8F" w:rsidRDefault="00DB4C8F"/>
              </w:tc>
            </w:tr>
            <w:tr w:rsidR="00DB4C8F" w14:paraId="751A7541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D577CD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2E61B2F0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Wohin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möchtest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innerlich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neu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aufbrechen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167E76DE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311372D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D5161CE" wp14:editId="7621FFCA">
                        <wp:extent cx="786384" cy="584642"/>
                        <wp:effectExtent l="0" t="0" r="0" b="0"/>
                        <wp:docPr id="286" name="Picture 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A2DAFF" w14:textId="77777777" w:rsidR="00DB4C8F" w:rsidRDefault="00DB4C8F"/>
        </w:tc>
      </w:tr>
      <w:tr w:rsidR="00BF5BBE" w14:paraId="762C54B8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F64C768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852EE4" w14:textId="77777777" w:rsidR="00DB4C8F" w:rsidRDefault="00DB4C8F"/>
              </w:tc>
            </w:tr>
            <w:tr w:rsidR="00DB4C8F" w14:paraId="3498BB7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42ADCE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3112AD8D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kleine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Schritt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wäre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genug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341B314D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25D65E7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15ECE10" wp14:editId="7D140204">
                        <wp:extent cx="786384" cy="584642"/>
                        <wp:effectExtent l="0" t="0" r="0" b="0"/>
                        <wp:docPr id="287" name="Picture 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3F1D69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A6E4E81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57EEBB" w14:textId="77777777" w:rsidR="00DB4C8F" w:rsidRDefault="00DB4C8F"/>
              </w:tc>
            </w:tr>
            <w:tr w:rsidR="00DB4C8F" w14:paraId="679F34C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C68B26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3FD4F3F1" w14:textId="77777777" w:rsidR="00BF5BBE" w:rsidRDefault="00BF5BBE" w:rsidP="004A2136">
                  <w:pPr>
                    <w:spacing w:after="0"/>
                    <w:jc w:val="center"/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nimmst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wenn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leichter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gehen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willst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20536B63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1B9648D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39E5B3A" wp14:editId="6D1E78A4">
                        <wp:extent cx="786384" cy="584642"/>
                        <wp:effectExtent l="0" t="0" r="0" b="0"/>
                        <wp:docPr id="288" name="Picture 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4B799A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670B38F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84CB1B" w14:textId="77777777" w:rsidR="00DB4C8F" w:rsidRDefault="00DB4C8F"/>
              </w:tc>
            </w:tr>
            <w:tr w:rsidR="00DB4C8F" w14:paraId="14267B3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A54C3E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2C6AB174" w14:textId="77777777" w:rsidR="00BF5BBE" w:rsidRDefault="00BF5BBE" w:rsidP="004A2136">
                  <w:pPr>
                    <w:spacing w:after="0"/>
                    <w:jc w:val="center"/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Weg hat dich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verändert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72E04D10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50EEA7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5070ABD" wp14:editId="3A33C283">
                        <wp:extent cx="786384" cy="584642"/>
                        <wp:effectExtent l="0" t="0" r="0" b="0"/>
                        <wp:docPr id="289" name="Picture 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1F95B32" w14:textId="77777777" w:rsidR="00DB4C8F" w:rsidRDefault="00DB4C8F"/>
        </w:tc>
      </w:tr>
      <w:tr w:rsidR="00BF5BBE" w14:paraId="49817B94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2A5F3C7D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BB0298" w14:textId="77777777" w:rsidR="00DB4C8F" w:rsidRDefault="00DB4C8F"/>
              </w:tc>
            </w:tr>
            <w:tr w:rsidR="00DB4C8F" w14:paraId="28EAE82B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A054E3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SCHÖPFUNG</w:t>
                  </w:r>
                </w:p>
                <w:p w14:paraId="7BE55B42" w14:textId="77777777" w:rsidR="00BF5BBE" w:rsidRPr="00273F2B" w:rsidRDefault="00BF5BBE" w:rsidP="004A2136">
                  <w:pPr>
                    <w:spacing w:after="0"/>
                    <w:jc w:val="center"/>
                    <w:rPr>
                      <w:b/>
                      <w:color w:val="004133"/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kleine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Spur der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Schöpfung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möchtest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bewusster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wahrnehmen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EB9A410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D97065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EB9EADD" wp14:editId="6D7400DE">
                        <wp:extent cx="786384" cy="584642"/>
                        <wp:effectExtent l="0" t="0" r="0" b="0"/>
                        <wp:docPr id="290" name="Picture 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D7DDB1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2E035337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60AE17" w14:textId="77777777" w:rsidR="00DB4C8F" w:rsidRDefault="00DB4C8F"/>
              </w:tc>
            </w:tr>
            <w:tr w:rsidR="00DB4C8F" w14:paraId="0D43677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9C3AEC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FRIEDEN</w:t>
                  </w:r>
                </w:p>
                <w:p w14:paraId="148D56B0" w14:textId="59DAB7FB" w:rsidR="00BF5BBE" w:rsidRDefault="00BF5BBE" w:rsidP="004A2136">
                  <w:pPr>
                    <w:spacing w:after="0"/>
                    <w:jc w:val="center"/>
                    <w:rPr>
                      <w:b/>
                      <w:color w:val="004133"/>
                      <w:sz w:val="15"/>
                    </w:rPr>
                  </w:pPr>
                  <w:r>
                    <w:rPr>
                      <w:b/>
                      <w:color w:val="1F1F1F"/>
                      <w:sz w:val="29"/>
                    </w:rPr>
                    <w:t xml:space="preserve">Welches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gute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Wort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könnte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</w:t>
                  </w:r>
                  <w:r w:rsidR="00932335">
                    <w:rPr>
                      <w:b/>
                      <w:color w:val="1F1F1F"/>
                      <w:sz w:val="29"/>
                    </w:rPr>
                    <w:t>t</w:t>
                  </w:r>
                  <w:r>
                    <w:rPr>
                      <w:b/>
                      <w:color w:val="1F1F1F"/>
                      <w:sz w:val="29"/>
                    </w:rPr>
                    <w:t>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Frieden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brin</w:t>
                  </w:r>
                  <w:r w:rsidR="00932335">
                    <w:rPr>
                      <w:b/>
                      <w:color w:val="1F1F1F"/>
                      <w:sz w:val="29"/>
                    </w:rPr>
                    <w:t>g</w:t>
                  </w:r>
                  <w:r>
                    <w:rPr>
                      <w:b/>
                      <w:color w:val="1F1F1F"/>
                      <w:sz w:val="29"/>
                    </w:rPr>
                    <w:t>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67BE56F4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E43B28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65223BC" wp14:editId="6831AA1A">
                        <wp:extent cx="786384" cy="584642"/>
                        <wp:effectExtent l="0" t="0" r="0" b="0"/>
                        <wp:docPr id="291" name="Picture 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1ABE5D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83B6C85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05A297" w14:textId="77777777" w:rsidR="00DB4C8F" w:rsidRDefault="00DB4C8F"/>
              </w:tc>
            </w:tr>
            <w:tr w:rsidR="00DB4C8F" w14:paraId="6748FD7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BF1949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EINFACHHEIT</w:t>
                  </w:r>
                </w:p>
                <w:p w14:paraId="2039DFBC" w14:textId="424CC079" w:rsidR="00BF5BBE" w:rsidRDefault="00BF5BBE" w:rsidP="004A2136">
                  <w:pPr>
                    <w:spacing w:after="0"/>
                    <w:jc w:val="center"/>
                    <w:rPr>
                      <w:b/>
                      <w:color w:val="004133"/>
                      <w:sz w:val="15"/>
                    </w:rPr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darf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 w:rsidR="00932335">
                    <w:rPr>
                      <w:b/>
                      <w:color w:val="1F1F1F"/>
                      <w:sz w:val="29"/>
                    </w:rPr>
                    <w:t>k</w:t>
                  </w:r>
                  <w:r>
                    <w:rPr>
                      <w:b/>
                      <w:color w:val="1F1F1F"/>
                      <w:sz w:val="29"/>
                    </w:rPr>
                    <w:t>leines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bisschen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einfacher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</w:t>
                  </w:r>
                  <w:r w:rsidR="00932335">
                    <w:rPr>
                      <w:b/>
                      <w:color w:val="1F1F1F"/>
                      <w:sz w:val="29"/>
                    </w:rPr>
                    <w:t>e</w:t>
                  </w:r>
                  <w:r>
                    <w:rPr>
                      <w:b/>
                      <w:color w:val="1F1F1F"/>
                      <w:sz w:val="29"/>
                    </w:rPr>
                    <w:t>rden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2720096A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2FE98F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4579A3C" wp14:editId="3FC4D420">
                        <wp:extent cx="786384" cy="584642"/>
                        <wp:effectExtent l="0" t="0" r="0" b="0"/>
                        <wp:docPr id="292" name="Picture 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15E1BB" w14:textId="77777777" w:rsidR="00DB4C8F" w:rsidRDefault="00DB4C8F"/>
        </w:tc>
      </w:tr>
      <w:tr w:rsidR="00BF5BBE" w14:paraId="65954C68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F3794C5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6EC2E6" w14:textId="77777777" w:rsidR="00DB4C8F" w:rsidRDefault="00DB4C8F"/>
              </w:tc>
            </w:tr>
            <w:tr w:rsidR="00DB4C8F" w14:paraId="2519B8C2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5331A4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TEILEN</w:t>
                  </w:r>
                </w:p>
                <w:p w14:paraId="5CA445E1" w14:textId="77777777" w:rsidR="00BF5BBE" w:rsidRDefault="00BF5BBE" w:rsidP="004A2136">
                  <w:pPr>
                    <w:spacing w:after="0"/>
                    <w:jc w:val="center"/>
                    <w:rPr>
                      <w:b/>
                      <w:color w:val="004133"/>
                      <w:sz w:val="15"/>
                    </w:rPr>
                  </w:pPr>
                  <w:r>
                    <w:rPr>
                      <w:b/>
                      <w:color w:val="1F1F1F"/>
                      <w:sz w:val="29"/>
                    </w:rPr>
                    <w:t xml:space="preserve">Was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kannst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weitergeben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ohne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dass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dir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etwas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fehlt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15D2E6B7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D1B328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D0AB1C7" wp14:editId="1E531D8D">
                        <wp:extent cx="786384" cy="584642"/>
                        <wp:effectExtent l="0" t="0" r="0" b="0"/>
                        <wp:docPr id="293" name="Picture 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E9C482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4518453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249ABF" w14:textId="77777777" w:rsidR="00DB4C8F" w:rsidRDefault="00DB4C8F"/>
              </w:tc>
            </w:tr>
            <w:tr w:rsidR="00DB4C8F" w14:paraId="013497AA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E566B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UNTERWEGS</w:t>
                  </w:r>
                </w:p>
                <w:p w14:paraId="165620CA" w14:textId="77777777" w:rsidR="00BF5BBE" w:rsidRDefault="00BF5BBE" w:rsidP="004A2136">
                  <w:pPr>
                    <w:spacing w:after="0"/>
                    <w:jc w:val="center"/>
                    <w:rPr>
                      <w:b/>
                      <w:color w:val="004133"/>
                      <w:sz w:val="15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Welchen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Gedanken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möchtst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mit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auf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deinen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Weg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nehmen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10B85F5D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9AB03A9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5A1603E" wp14:editId="4AF6294D">
                        <wp:extent cx="786384" cy="584642"/>
                        <wp:effectExtent l="0" t="0" r="0" b="0"/>
                        <wp:docPr id="294" name="Picture 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2F201F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3E882372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EFF49F" w14:textId="77777777" w:rsidR="00DB4C8F" w:rsidRDefault="00DB4C8F"/>
              </w:tc>
            </w:tr>
            <w:tr w:rsidR="00DB4C8F" w14:paraId="18E426B5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C4A249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STAUNEN</w:t>
                  </w:r>
                </w:p>
                <w:p w14:paraId="1D928424" w14:textId="77777777" w:rsidR="00BF5BBE" w:rsidRDefault="00BF5BBE" w:rsidP="004A2136">
                  <w:pPr>
                    <w:spacing w:after="0"/>
                    <w:jc w:val="center"/>
                    <w:rPr>
                      <w:b/>
                      <w:color w:val="004133"/>
                      <w:sz w:val="15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Worüber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möchstest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nicht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achtlos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hinweggehen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38179A35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ADA821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09B55B3" wp14:editId="42338EFE">
                        <wp:extent cx="786384" cy="584642"/>
                        <wp:effectExtent l="0" t="0" r="0" b="0"/>
                        <wp:docPr id="295" name="Picture 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C83C123" w14:textId="77777777" w:rsidR="00DB4C8F" w:rsidRDefault="00DB4C8F"/>
        </w:tc>
      </w:tr>
      <w:tr w:rsidR="00BF5BBE" w14:paraId="6B5E35BB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5D5B9804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A112D1" w14:textId="77777777" w:rsidR="00DB4C8F" w:rsidRDefault="00DB4C8F"/>
              </w:tc>
            </w:tr>
            <w:tr w:rsidR="00DB4C8F" w14:paraId="322C87EE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E3C538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DANKBARKEIT</w:t>
                  </w:r>
                </w:p>
                <w:p w14:paraId="4611C12C" w14:textId="77777777" w:rsidR="00BF5BBE" w:rsidRDefault="00BF5BBE" w:rsidP="004A2136">
                  <w:pPr>
                    <w:spacing w:after="0"/>
                    <w:jc w:val="center"/>
                    <w:rPr>
                      <w:b/>
                      <w:color w:val="004133"/>
                      <w:sz w:val="15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Wofür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möchtest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heute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leise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Danke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sagen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2D61699A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679238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F016D61" wp14:editId="04CE0A8B">
                        <wp:extent cx="786384" cy="584642"/>
                        <wp:effectExtent l="0" t="0" r="0" b="0"/>
                        <wp:docPr id="296" name="Picture 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1D0B25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196F80D8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4147E2" w14:textId="77777777" w:rsidR="00DB4C8F" w:rsidRDefault="00DB4C8F"/>
              </w:tc>
            </w:tr>
            <w:tr w:rsidR="00DB4C8F" w14:paraId="4FF14CA1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AEACD7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GEMEINSCHAFT</w:t>
                  </w:r>
                </w:p>
                <w:p w14:paraId="7929B428" w14:textId="77777777" w:rsidR="00BF5BBE" w:rsidRPr="00AB2E8A" w:rsidRDefault="00BF5BBE" w:rsidP="004A2136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oder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was tut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dir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gut,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weil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du dich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verbunden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fühlst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>?</w:t>
                  </w:r>
                </w:p>
              </w:tc>
            </w:tr>
            <w:tr w:rsidR="00DB4C8F" w14:paraId="135FD8BE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7159E1E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7723FA" wp14:editId="48AC117A">
                        <wp:extent cx="786384" cy="584642"/>
                        <wp:effectExtent l="0" t="0" r="0" b="0"/>
                        <wp:docPr id="297" name="Picture 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0A9D9B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6AD4276E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4D2012" w14:textId="77777777" w:rsidR="00DB4C8F" w:rsidRDefault="00DB4C8F"/>
              </w:tc>
            </w:tr>
            <w:tr w:rsidR="00DB4C8F" w14:paraId="7544341C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F99F72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MEINE EIGENE FRANZISKUS-KARTE</w:t>
                  </w:r>
                </w:p>
                <w:p w14:paraId="6E66B53F" w14:textId="77777777" w:rsidR="00BF5BBE" w:rsidRPr="00AB2E8A" w:rsidRDefault="00BF5BBE" w:rsidP="004A2136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Schreibe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hier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Gedanken,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oder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kleinen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auf.</w:t>
                  </w:r>
                </w:p>
              </w:tc>
            </w:tr>
            <w:tr w:rsidR="00DB4C8F" w14:paraId="34F6C6CC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4900AAF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0C273F47" wp14:editId="58B344FB">
                        <wp:extent cx="786384" cy="584642"/>
                        <wp:effectExtent l="0" t="0" r="0" b="0"/>
                        <wp:docPr id="298" name="Picture 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35572C" w14:textId="77777777" w:rsidR="00DB4C8F" w:rsidRDefault="00DB4C8F"/>
        </w:tc>
      </w:tr>
      <w:tr w:rsidR="00BF5BBE" w14:paraId="03790559" w14:textId="77777777" w:rsidTr="004A2136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74C21DC9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4045CA" w14:textId="77777777" w:rsidR="00DB4C8F" w:rsidRDefault="00DB4C8F"/>
              </w:tc>
            </w:tr>
            <w:tr w:rsidR="00DB4C8F" w14:paraId="134AA2D6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FDAC31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7FC3BD85" w14:textId="77777777" w:rsidR="00BF5BBE" w:rsidRDefault="00BF5BBE" w:rsidP="004A2136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DB4C8F" w14:paraId="3E0BEA88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155A79C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06A483E" wp14:editId="3862646A">
                        <wp:extent cx="786384" cy="584642"/>
                        <wp:effectExtent l="0" t="0" r="0" b="0"/>
                        <wp:docPr id="299" name="Picture 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313B98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03A90CC0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C82E66" w14:textId="77777777" w:rsidR="00DB4C8F" w:rsidRDefault="00DB4C8F"/>
              </w:tc>
            </w:tr>
            <w:tr w:rsidR="00DB4C8F" w14:paraId="2B3A9648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5AC173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3FBC05E2" w14:textId="77777777" w:rsidR="00BF5BBE" w:rsidRDefault="00BF5BBE" w:rsidP="004A2136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DB4C8F" w14:paraId="0BA89FA3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A40035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31B313F2" wp14:editId="3E10F1CC">
                        <wp:extent cx="786384" cy="584642"/>
                        <wp:effectExtent l="0" t="0" r="0" b="0"/>
                        <wp:docPr id="300" name="Picture 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00F466" w14:textId="77777777" w:rsidR="00DB4C8F" w:rsidRDefault="00DB4C8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DB4C8F" w14:paraId="7CBF79A6" w14:textId="77777777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ACDDA2" w14:textId="77777777" w:rsidR="00DB4C8F" w:rsidRDefault="00DB4C8F"/>
              </w:tc>
            </w:tr>
            <w:tr w:rsidR="00DB4C8F" w14:paraId="77E12F1D" w14:textId="77777777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AAC16D" w14:textId="77777777" w:rsidR="00BF5BBE" w:rsidRDefault="00BF5BBE" w:rsidP="004A2136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29CB50A2" w14:textId="77777777" w:rsidR="00BF5BBE" w:rsidRDefault="00BF5BBE" w:rsidP="004A2136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DB4C8F" w14:paraId="73DEC537" w14:textId="77777777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4D96AB1" w14:textId="77777777" w:rsidR="00DB4C8F" w:rsidRDefault="00000000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B18F282" wp14:editId="771C1F11">
                        <wp:extent cx="786384" cy="584642"/>
                        <wp:effectExtent l="0" t="0" r="0" b="0"/>
                        <wp:docPr id="301" name="Picture 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40C2AB" w14:textId="77777777" w:rsidR="00DB4C8F" w:rsidRDefault="00DB4C8F"/>
        </w:tc>
      </w:tr>
      <w:tr w:rsidR="00932335" w14:paraId="14BB7C4B" w14:textId="77777777" w:rsidTr="00932335">
        <w:trPr>
          <w:trHeight w:hRule="exact" w:val="3628"/>
          <w:jc w:val="center"/>
        </w:trPr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932335" w14:paraId="3C3F2476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2FF7B8" w14:textId="77777777" w:rsidR="00932335" w:rsidRDefault="00932335" w:rsidP="001B117F"/>
              </w:tc>
            </w:tr>
            <w:tr w:rsidR="00932335" w14:paraId="35D5414D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669BCE" w14:textId="77777777" w:rsidR="00932335" w:rsidRDefault="00932335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44741EFA" w14:textId="77777777" w:rsidR="00932335" w:rsidRDefault="00932335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932335" w14:paraId="43BCF90A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36F0B4" w14:textId="77777777" w:rsidR="00932335" w:rsidRDefault="00932335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779C167E" wp14:editId="3A17EA64">
                        <wp:extent cx="786384" cy="584642"/>
                        <wp:effectExtent l="0" t="0" r="0" b="0"/>
                        <wp:docPr id="7" name="Picture 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AAD1B2" w14:textId="77777777" w:rsidR="00932335" w:rsidRDefault="00932335" w:rsidP="001B117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932335" w14:paraId="007AC82E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3B6412" w14:textId="77777777" w:rsidR="00932335" w:rsidRDefault="00932335" w:rsidP="001B117F"/>
              </w:tc>
            </w:tr>
            <w:tr w:rsidR="00932335" w14:paraId="2A893F80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5E44B0" w14:textId="77777777" w:rsidR="00932335" w:rsidRDefault="00932335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187DBB5B" w14:textId="77777777" w:rsidR="00932335" w:rsidRDefault="00932335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932335" w14:paraId="719285F1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55EDD9" w14:textId="77777777" w:rsidR="00932335" w:rsidRDefault="00932335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4287D9AA" wp14:editId="70B638B4">
                        <wp:extent cx="786384" cy="584642"/>
                        <wp:effectExtent l="0" t="0" r="0" b="0"/>
                        <wp:docPr id="8" name="Picture 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296A8F" w14:textId="77777777" w:rsidR="00932335" w:rsidRDefault="00932335" w:rsidP="001B117F"/>
        </w:tc>
        <w:tc>
          <w:tcPr>
            <w:tcW w:w="5244" w:type="dxa"/>
            <w:tcBorders>
              <w:top w:val="single" w:sz="10" w:space="0" w:color="B8CEC6"/>
              <w:left w:val="single" w:sz="10" w:space="0" w:color="B8CEC6"/>
              <w:bottom w:val="single" w:sz="10" w:space="0" w:color="B8CEC6"/>
              <w:right w:val="single" w:sz="10" w:space="0" w:color="B8CEC6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4"/>
            </w:tblGrid>
            <w:tr w:rsidR="00932335" w14:paraId="19BBB568" w14:textId="77777777" w:rsidTr="001B117F">
              <w:trPr>
                <w:trHeight w:hRule="exact" w:val="605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E9BB1A" w14:textId="77777777" w:rsidR="00932335" w:rsidRDefault="00932335" w:rsidP="001B117F"/>
              </w:tc>
            </w:tr>
            <w:tr w:rsidR="00932335" w14:paraId="427D6E4A" w14:textId="77777777" w:rsidTr="001B117F">
              <w:trPr>
                <w:trHeight w:hRule="exact" w:val="1757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2B0BE8" w14:textId="77777777" w:rsidR="00932335" w:rsidRDefault="00932335" w:rsidP="001B117F">
                  <w:pPr>
                    <w:spacing w:after="72"/>
                    <w:jc w:val="center"/>
                  </w:pPr>
                  <w:r>
                    <w:rPr>
                      <w:b/>
                      <w:color w:val="004133"/>
                      <w:sz w:val="15"/>
                    </w:rPr>
                    <w:t>EIGENE KATEGORIE</w:t>
                  </w:r>
                </w:p>
                <w:p w14:paraId="7B7494CD" w14:textId="77777777" w:rsidR="00932335" w:rsidRDefault="00932335" w:rsidP="001B117F">
                  <w:pPr>
                    <w:spacing w:after="0"/>
                    <w:jc w:val="center"/>
                    <w:rPr>
                      <w:b/>
                      <w:color w:val="1F1F1F"/>
                      <w:sz w:val="29"/>
                    </w:rPr>
                  </w:pP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Frage /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eigener</w:t>
                  </w:r>
                  <w:proofErr w:type="spellEnd"/>
                  <w:r>
                    <w:rPr>
                      <w:b/>
                      <w:color w:val="1F1F1F"/>
                      <w:sz w:val="29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1F1F1F"/>
                      <w:sz w:val="29"/>
                    </w:rPr>
                    <w:t>Impuls</w:t>
                  </w:r>
                  <w:proofErr w:type="spellEnd"/>
                </w:p>
              </w:tc>
            </w:tr>
            <w:tr w:rsidR="00932335" w14:paraId="60AD9E91" w14:textId="77777777" w:rsidTr="001B117F">
              <w:trPr>
                <w:trHeight w:hRule="exact" w:val="1123"/>
              </w:trPr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0FCE36C" w14:textId="77777777" w:rsidR="00932335" w:rsidRDefault="00932335" w:rsidP="001B117F">
                  <w:pPr>
                    <w:spacing w:after="0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9AA4B74" wp14:editId="351D5092">
                        <wp:extent cx="786384" cy="584642"/>
                        <wp:effectExtent l="0" t="0" r="0" b="0"/>
                        <wp:docPr id="9" name="Picture 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koeb_logo_clean_cropped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584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FA915EF" w14:textId="77777777" w:rsidR="00932335" w:rsidRDefault="00932335" w:rsidP="001B117F"/>
        </w:tc>
      </w:tr>
    </w:tbl>
    <w:p w14:paraId="7F0CDE71" w14:textId="77777777" w:rsidR="00BC2DC6" w:rsidRDefault="00BC2DC6"/>
    <w:sectPr w:rsidR="00BC2DC6" w:rsidSect="00034616">
      <w:pgSz w:w="16838" w:h="11906" w:orient="landscape"/>
      <w:pgMar w:top="312" w:right="312" w:bottom="312" w:left="312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7BEE9" w14:textId="77777777" w:rsidR="00B53DF5" w:rsidRDefault="00B53DF5" w:rsidP="00BF5BBE">
      <w:pPr>
        <w:spacing w:after="0" w:line="240" w:lineRule="auto"/>
      </w:pPr>
      <w:r>
        <w:separator/>
      </w:r>
    </w:p>
  </w:endnote>
  <w:endnote w:type="continuationSeparator" w:id="0">
    <w:p w14:paraId="2AD9802F" w14:textId="77777777" w:rsidR="00B53DF5" w:rsidRDefault="00B53DF5" w:rsidP="00BF5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aliza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alizas Book">
    <w:panose1 w:val="00000000000000000000"/>
    <w:charset w:val="00"/>
    <w:family w:val="auto"/>
    <w:pitch w:val="variable"/>
    <w:sig w:usb0="A00000FF" w:usb1="4000207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ssina Sans Book">
    <w:panose1 w:val="00000000000000000000"/>
    <w:charset w:val="00"/>
    <w:family w:val="auto"/>
    <w:pitch w:val="variable"/>
    <w:sig w:usb0="A10000FF" w:usb1="0000207A" w:usb2="00000000" w:usb3="00000000" w:csb0="00000193" w:csb1="00000000"/>
  </w:font>
  <w:font w:name="Messina Sans">
    <w:panose1 w:val="00000000000000000000"/>
    <w:charset w:val="00"/>
    <w:family w:val="auto"/>
    <w:pitch w:val="variable"/>
    <w:sig w:usb0="A10000FF" w:usb1="0000207A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AB0A4" w14:textId="77777777" w:rsidR="00B53DF5" w:rsidRDefault="00B53DF5" w:rsidP="00BF5BBE">
      <w:pPr>
        <w:spacing w:after="0" w:line="240" w:lineRule="auto"/>
      </w:pPr>
      <w:r>
        <w:separator/>
      </w:r>
    </w:p>
  </w:footnote>
  <w:footnote w:type="continuationSeparator" w:id="0">
    <w:p w14:paraId="175E1154" w14:textId="77777777" w:rsidR="00B53DF5" w:rsidRDefault="00B53DF5" w:rsidP="00BF5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1008890">
    <w:abstractNumId w:val="8"/>
  </w:num>
  <w:num w:numId="2" w16cid:durableId="1858226988">
    <w:abstractNumId w:val="6"/>
  </w:num>
  <w:num w:numId="3" w16cid:durableId="579219705">
    <w:abstractNumId w:val="5"/>
  </w:num>
  <w:num w:numId="4" w16cid:durableId="510071181">
    <w:abstractNumId w:val="4"/>
  </w:num>
  <w:num w:numId="5" w16cid:durableId="1360160535">
    <w:abstractNumId w:val="7"/>
  </w:num>
  <w:num w:numId="6" w16cid:durableId="1016155034">
    <w:abstractNumId w:val="3"/>
  </w:num>
  <w:num w:numId="7" w16cid:durableId="900091943">
    <w:abstractNumId w:val="2"/>
  </w:num>
  <w:num w:numId="8" w16cid:durableId="357775930">
    <w:abstractNumId w:val="1"/>
  </w:num>
  <w:num w:numId="9" w16cid:durableId="3822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A1F"/>
    <w:rsid w:val="0015074B"/>
    <w:rsid w:val="00180F92"/>
    <w:rsid w:val="0023136E"/>
    <w:rsid w:val="0029639D"/>
    <w:rsid w:val="00326F90"/>
    <w:rsid w:val="00464960"/>
    <w:rsid w:val="004A4B56"/>
    <w:rsid w:val="00740232"/>
    <w:rsid w:val="008B7CDD"/>
    <w:rsid w:val="00932335"/>
    <w:rsid w:val="00AA1D8D"/>
    <w:rsid w:val="00AF33C7"/>
    <w:rsid w:val="00B47730"/>
    <w:rsid w:val="00B53DF5"/>
    <w:rsid w:val="00B831D0"/>
    <w:rsid w:val="00BC2DC6"/>
    <w:rsid w:val="00BF5BBE"/>
    <w:rsid w:val="00C12FAA"/>
    <w:rsid w:val="00CB0664"/>
    <w:rsid w:val="00DB4C8F"/>
    <w:rsid w:val="00EE35E3"/>
    <w:rsid w:val="00F215AC"/>
    <w:rsid w:val="00F96F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66934E"/>
  <w14:defaultImageDpi w14:val="300"/>
  <w15:docId w15:val="{8016F3E6-7FCC-4CE0-B62C-D2D52EA8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Valizas" w:eastAsia="Valizas" w:hAnsi="Valiza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846</Words>
  <Characters>5332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franziskus_to_go_impulskarten_kinder</vt:lpstr>
      <vt:lpstr/>
    </vt:vector>
  </TitlesOfParts>
  <Manager/>
  <Company/>
  <LinksUpToDate>false</LinksUpToDate>
  <CharactersWithSpaces>6166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franziskus_to_go_impulskarten_kinder</dc:title>
  <dc:subject>Impulskarten zum Ausschneiden</dc:subject>
  <dc:creator>Trinks, Elisa - 21420 - Katholische Öffentliche Büchereien, Familienzentren &amp; Ve</dc:creator>
  <cp:keywords/>
  <dc:description/>
  <cp:lastModifiedBy>Trinks, Elisa - 21420 - Katholische Öffentliche Büchereien, Familienzentren &amp; Ve</cp:lastModifiedBy>
  <cp:revision>5</cp:revision>
  <dcterms:created xsi:type="dcterms:W3CDTF">2026-06-25T13:52:00Z</dcterms:created>
  <dcterms:modified xsi:type="dcterms:W3CDTF">2026-08-04T05:56:00Z</dcterms:modified>
  <cp:category/>
</cp:coreProperties>
</file>